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634EA6" w14:paraId="06462292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50B59DB0" w14:textId="4CC51C1B" w:rsidR="00634EA6" w:rsidRDefault="00634EA6" w:rsidP="00634EA6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40D42042" wp14:editId="24E665C3">
                  <wp:extent cx="882650" cy="1022350"/>
                  <wp:effectExtent l="0" t="0" r="6350" b="6350"/>
                  <wp:docPr id="16437574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757454" name="Picture 16437574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60955CE7" w14:textId="77777777" w:rsidR="00634EA6" w:rsidRPr="00D02671" w:rsidRDefault="00634EA6" w:rsidP="00634EA6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Județul</w:t>
            </w:r>
          </w:p>
          <w:p w14:paraId="5D19E926" w14:textId="77777777" w:rsidR="00634EA6" w:rsidRDefault="00634EA6" w:rsidP="00634EA6">
            <w:pPr>
              <w:keepNext/>
              <w:rPr>
                <w:b/>
                <w:color w:val="0D5F78"/>
              </w:rPr>
            </w:pPr>
          </w:p>
          <w:p w14:paraId="6435FD5F" w14:textId="461251D6" w:rsidR="00634EA6" w:rsidRDefault="00634EA6" w:rsidP="00634EA6">
            <w:pPr>
              <w:keepNext/>
            </w:pPr>
            <w:r w:rsidRPr="00D02671">
              <w:rPr>
                <w:b/>
                <w:i/>
                <w:iCs/>
                <w:color w:val="0D5F78"/>
              </w:rPr>
              <w:t>Buzău</w:t>
            </w:r>
            <w:r>
              <w:t xml:space="preserve"> </w:t>
            </w:r>
          </w:p>
        </w:tc>
      </w:tr>
      <w:tr w:rsidR="00634EA6" w14:paraId="1CC2649B" w14:textId="77777777">
        <w:trPr>
          <w:cantSplit/>
          <w:trHeight w:val="510"/>
        </w:trPr>
        <w:tc>
          <w:tcPr>
            <w:tcW w:w="1606" w:type="dxa"/>
            <w:vMerge/>
          </w:tcPr>
          <w:p w14:paraId="4BA8F495" w14:textId="77777777" w:rsidR="00634EA6" w:rsidRDefault="00634EA6" w:rsidP="00634EA6"/>
        </w:tc>
        <w:tc>
          <w:tcPr>
            <w:tcW w:w="8030" w:type="dxa"/>
            <w:gridSpan w:val="3"/>
            <w:shd w:val="clear" w:color="auto" w:fill="F0F0F0"/>
          </w:tcPr>
          <w:p w14:paraId="47DA6252" w14:textId="77777777" w:rsidR="00634EA6" w:rsidRPr="00D02671" w:rsidRDefault="00634EA6" w:rsidP="00634EA6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Autoritatea administrației publice</w:t>
            </w:r>
          </w:p>
          <w:p w14:paraId="1FFACCFE" w14:textId="77777777" w:rsidR="00634EA6" w:rsidRDefault="00634EA6" w:rsidP="00634EA6">
            <w:pPr>
              <w:keepNext/>
              <w:rPr>
                <w:b/>
                <w:color w:val="0D5F78"/>
              </w:rPr>
            </w:pPr>
          </w:p>
          <w:p w14:paraId="6252C7A8" w14:textId="7396E0A5" w:rsidR="00634EA6" w:rsidRDefault="00634EA6" w:rsidP="00634EA6">
            <w:pPr>
              <w:keepNext/>
            </w:pPr>
            <w:r w:rsidRPr="00D02671">
              <w:rPr>
                <w:b/>
                <w:i/>
                <w:iCs/>
                <w:color w:val="0D5F78"/>
              </w:rPr>
              <w:t>Primăria Municipiului Buzău</w:t>
            </w:r>
            <w:r>
              <w:t xml:space="preserve"> </w:t>
            </w:r>
          </w:p>
        </w:tc>
      </w:tr>
      <w:tr w:rsidR="00634EA6" w14:paraId="5F6490E8" w14:textId="77777777">
        <w:trPr>
          <w:cantSplit/>
          <w:trHeight w:val="510"/>
        </w:trPr>
        <w:tc>
          <w:tcPr>
            <w:tcW w:w="1606" w:type="dxa"/>
            <w:vMerge/>
          </w:tcPr>
          <w:p w14:paraId="689A495A" w14:textId="77777777" w:rsidR="00634EA6" w:rsidRDefault="00634EA6" w:rsidP="00634EA6"/>
        </w:tc>
        <w:tc>
          <w:tcPr>
            <w:tcW w:w="2409" w:type="dxa"/>
            <w:shd w:val="clear" w:color="auto" w:fill="F0F0F0"/>
          </w:tcPr>
          <w:p w14:paraId="7E3518DE" w14:textId="77777777" w:rsidR="00634EA6" w:rsidRPr="00D02671" w:rsidRDefault="00634EA6" w:rsidP="00634EA6">
            <w:pPr>
              <w:keepNext/>
              <w:rPr>
                <w:bCs/>
                <w:lang w:val="fr-FR"/>
              </w:rPr>
            </w:pPr>
            <w:r w:rsidRPr="00D02671">
              <w:rPr>
                <w:bCs/>
                <w:color w:val="0D5F78"/>
                <w:lang w:val="fr-FR"/>
              </w:rPr>
              <w:t>Cod de identificare fiscală (CIF)</w:t>
            </w:r>
          </w:p>
          <w:p w14:paraId="5607F176" w14:textId="77777777" w:rsidR="00634EA6" w:rsidRDefault="00634EA6" w:rsidP="00634EA6">
            <w:pPr>
              <w:keepNext/>
              <w:rPr>
                <w:i/>
                <w:iCs/>
                <w:lang w:val="fr-FR"/>
              </w:rPr>
            </w:pPr>
          </w:p>
          <w:p w14:paraId="5D425FA5" w14:textId="09C71C9A" w:rsidR="00634EA6" w:rsidRPr="009D5BC3" w:rsidRDefault="00634EA6" w:rsidP="00634EA6">
            <w:pPr>
              <w:keepNext/>
              <w:rPr>
                <w:lang w:val="fr-FR"/>
              </w:rPr>
            </w:pPr>
            <w:r w:rsidRPr="00D02671">
              <w:rPr>
                <w:b/>
                <w:i/>
                <w:iCs/>
                <w:color w:val="0D5F78"/>
              </w:rPr>
              <w:t>4233874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397EE744" w14:textId="77777777" w:rsidR="005224C1" w:rsidRPr="00D02671" w:rsidRDefault="005224C1" w:rsidP="005224C1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Adresa oficială</w:t>
            </w:r>
          </w:p>
          <w:p w14:paraId="547ADE8A" w14:textId="77777777" w:rsidR="005224C1" w:rsidRDefault="005224C1" w:rsidP="005224C1">
            <w:pPr>
              <w:keepNext/>
              <w:rPr>
                <w:b/>
                <w:i/>
                <w:iCs/>
                <w:color w:val="0D5F78"/>
              </w:rPr>
            </w:pPr>
            <w:r w:rsidRPr="00D02671">
              <w:rPr>
                <w:b/>
                <w:i/>
                <w:iCs/>
                <w:color w:val="0D5F78"/>
              </w:rPr>
              <w:t xml:space="preserve">Piața </w:t>
            </w:r>
            <w:r>
              <w:rPr>
                <w:b/>
                <w:i/>
                <w:iCs/>
                <w:color w:val="0D5F78"/>
              </w:rPr>
              <w:t>Daciei</w:t>
            </w:r>
            <w:r w:rsidRPr="00D02671">
              <w:rPr>
                <w:b/>
                <w:i/>
                <w:iCs/>
                <w:color w:val="0D5F78"/>
              </w:rPr>
              <w:t xml:space="preserve"> nr. 1</w:t>
            </w:r>
          </w:p>
          <w:p w14:paraId="4FE355EF" w14:textId="38F1D617" w:rsidR="00634EA6" w:rsidRDefault="005224C1" w:rsidP="005224C1">
            <w:pPr>
              <w:keepNext/>
            </w:pPr>
            <w:r>
              <w:rPr>
                <w:b/>
                <w:i/>
                <w:iCs/>
                <w:color w:val="0D5F78"/>
              </w:rPr>
              <w:t>ghiseu.unic@primariabuzau.ro</w:t>
            </w:r>
          </w:p>
        </w:tc>
      </w:tr>
      <w:tr w:rsidR="00634EA6" w14:paraId="5D1D56A8" w14:textId="77777777">
        <w:trPr>
          <w:cantSplit/>
          <w:trHeight w:val="510"/>
        </w:trPr>
        <w:tc>
          <w:tcPr>
            <w:tcW w:w="1606" w:type="dxa"/>
            <w:vMerge/>
          </w:tcPr>
          <w:p w14:paraId="30180161" w14:textId="77777777" w:rsidR="00634EA6" w:rsidRDefault="00634EA6" w:rsidP="00634EA6"/>
        </w:tc>
        <w:tc>
          <w:tcPr>
            <w:tcW w:w="4818" w:type="dxa"/>
            <w:gridSpan w:val="2"/>
            <w:shd w:val="clear" w:color="auto" w:fill="F0F0F0"/>
          </w:tcPr>
          <w:p w14:paraId="36A10687" w14:textId="77777777" w:rsidR="00634EA6" w:rsidRDefault="00634EA6" w:rsidP="00634EA6">
            <w:r>
              <w:rPr>
                <w:b/>
                <w:color w:val="0D5F78"/>
              </w:rPr>
              <w:t>Nr. înregistrare</w:t>
            </w:r>
          </w:p>
          <w:p w14:paraId="3C3CB41D" w14:textId="77777777" w:rsidR="00634EA6" w:rsidRDefault="00634EA6" w:rsidP="00634EA6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596204F6" w14:textId="77777777" w:rsidR="00634EA6" w:rsidRDefault="00634EA6" w:rsidP="00634EA6">
            <w:r>
              <w:rPr>
                <w:b/>
                <w:color w:val="0D5F78"/>
              </w:rPr>
              <w:t>Nr. înregistrare</w:t>
            </w:r>
          </w:p>
          <w:p w14:paraId="678464D6" w14:textId="77777777" w:rsidR="00634EA6" w:rsidRDefault="00634EA6" w:rsidP="00634EA6">
            <w:pPr>
              <w:keepNext/>
            </w:pPr>
          </w:p>
        </w:tc>
      </w:tr>
      <w:tr w:rsidR="007A6244" w:rsidRPr="007F2503" w14:paraId="0F9EE031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499260F8" w14:textId="77777777" w:rsidR="007A6244" w:rsidRPr="009D5BC3" w:rsidRDefault="00000000">
            <w:pPr>
              <w:rPr>
                <w:lang w:val="fr-FR"/>
              </w:rPr>
            </w:pPr>
            <w:r w:rsidRPr="009D5BC3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5D0B5FF6" w14:textId="77777777" w:rsidR="007A6244" w:rsidRPr="009D5BC3" w:rsidRDefault="007A6244">
      <w:pPr>
        <w:spacing w:line="168" w:lineRule="auto"/>
        <w:rPr>
          <w:lang w:val="fr-FR"/>
        </w:rPr>
      </w:pPr>
    </w:p>
    <w:p w14:paraId="186D47FF" w14:textId="77777777" w:rsidR="007A6244" w:rsidRPr="007F2503" w:rsidRDefault="00000000">
      <w:pPr>
        <w:spacing w:before="140" w:after="40"/>
        <w:jc w:val="center"/>
        <w:rPr>
          <w:sz w:val="28"/>
          <w:szCs w:val="28"/>
        </w:rPr>
      </w:pPr>
      <w:r w:rsidRPr="007F2503">
        <w:rPr>
          <w:b/>
          <w:sz w:val="28"/>
          <w:szCs w:val="28"/>
        </w:rPr>
        <w:t>CERERE</w:t>
      </w:r>
    </w:p>
    <w:p w14:paraId="60B77D5E" w14:textId="77777777" w:rsidR="007A6244" w:rsidRDefault="007A6244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14:paraId="20A6F2DD" w14:textId="77777777">
        <w:trPr>
          <w:cantSplit/>
        </w:trPr>
        <w:tc>
          <w:tcPr>
            <w:tcW w:w="9636" w:type="dxa"/>
            <w:shd w:val="clear" w:color="auto" w:fill="F4F4F4"/>
          </w:tcPr>
          <w:p w14:paraId="7A516BF1" w14:textId="77777777" w:rsidR="007A6244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7A6244" w:rsidRPr="007F2503" w14:paraId="215792C3" w14:textId="77777777">
        <w:trPr>
          <w:cantSplit/>
          <w:trHeight w:val="510"/>
        </w:trPr>
        <w:tc>
          <w:tcPr>
            <w:tcW w:w="9636" w:type="dxa"/>
          </w:tcPr>
          <w:p w14:paraId="3FBFDAEE" w14:textId="77777777" w:rsidR="007A6244" w:rsidRPr="009D5BC3" w:rsidRDefault="00000000">
            <w:pPr>
              <w:keepNext/>
              <w:rPr>
                <w:lang w:val="fr-FR"/>
              </w:rPr>
            </w:pPr>
            <w:r w:rsidRPr="009D5BC3">
              <w:rPr>
                <w:b/>
                <w:color w:val="0D5F78"/>
                <w:lang w:val="fr-FR"/>
              </w:rPr>
              <w:t>Instituția</w:t>
            </w:r>
          </w:p>
          <w:p w14:paraId="3E3EC3B6" w14:textId="77777777" w:rsidR="007A6244" w:rsidRPr="009D5BC3" w:rsidRDefault="00000000">
            <w:pPr>
              <w:keepNext/>
              <w:rPr>
                <w:lang w:val="fr-FR"/>
              </w:rPr>
            </w:pPr>
            <w:r w:rsidRPr="009D5BC3">
              <w:rPr>
                <w:i/>
                <w:color w:val="7A7A7A"/>
                <w:lang w:val="fr-FR"/>
              </w:rPr>
              <w:t>primăria municipiului / orașului / comunei · primăria de sector · consiliul județean</w:t>
            </w:r>
          </w:p>
          <w:p w14:paraId="08E70280" w14:textId="77777777" w:rsidR="007A6244" w:rsidRPr="009D5BC3" w:rsidRDefault="007A6244">
            <w:pPr>
              <w:keepNext/>
              <w:rPr>
                <w:lang w:val="fr-FR"/>
              </w:rPr>
            </w:pPr>
          </w:p>
        </w:tc>
      </w:tr>
      <w:tr w:rsidR="007A6244" w:rsidRPr="007F2503" w14:paraId="7776B59C" w14:textId="77777777">
        <w:trPr>
          <w:cantSplit/>
        </w:trPr>
        <w:tc>
          <w:tcPr>
            <w:tcW w:w="9636" w:type="dxa"/>
            <w:shd w:val="clear" w:color="auto" w:fill="F4F4F4"/>
          </w:tcPr>
          <w:p w14:paraId="37A60766" w14:textId="77777777" w:rsidR="007A6244" w:rsidRPr="009D5BC3" w:rsidRDefault="00000000">
            <w:pPr>
              <w:spacing w:line="228" w:lineRule="auto"/>
              <w:rPr>
                <w:lang w:val="fr-FR"/>
              </w:rPr>
            </w:pPr>
            <w:r w:rsidRPr="009D5BC3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20220E8C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7A6244" w14:paraId="46CFADD4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594C17D" w14:textId="77777777" w:rsidR="007A6244" w:rsidRDefault="00000000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7A6244" w14:paraId="2A798EC7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84C7A8E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19065994" w14:textId="77777777" w:rsidR="007A6244" w:rsidRDefault="007A6244">
            <w:pPr>
              <w:keepNext/>
            </w:pPr>
          </w:p>
        </w:tc>
        <w:tc>
          <w:tcPr>
            <w:tcW w:w="4015" w:type="dxa"/>
            <w:gridSpan w:val="3"/>
          </w:tcPr>
          <w:p w14:paraId="23A73AE4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18AF22D" w14:textId="77777777" w:rsidR="007A6244" w:rsidRDefault="007A6244">
            <w:pPr>
              <w:keepNext/>
            </w:pPr>
          </w:p>
        </w:tc>
      </w:tr>
      <w:tr w:rsidR="007A6244" w14:paraId="545EB23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672763" w14:textId="77777777" w:rsidR="007A6244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7A6244" w14:paraId="26589197" w14:textId="77777777">
        <w:trPr>
          <w:cantSplit/>
          <w:trHeight w:val="510"/>
        </w:trPr>
        <w:tc>
          <w:tcPr>
            <w:tcW w:w="1606" w:type="dxa"/>
          </w:tcPr>
          <w:p w14:paraId="4FE6E89A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68763DE0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1B30A3BA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3405D8E2" w14:textId="77777777" w:rsidR="007A6244" w:rsidRDefault="007A6244">
            <w:pPr>
              <w:keepNext/>
            </w:pPr>
          </w:p>
        </w:tc>
        <w:tc>
          <w:tcPr>
            <w:tcW w:w="4818" w:type="dxa"/>
            <w:gridSpan w:val="5"/>
          </w:tcPr>
          <w:p w14:paraId="5F5E266C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39F4F2A6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050D95FC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53FA98E" w14:textId="77777777" w:rsidR="007A6244" w:rsidRDefault="007A6244">
            <w:pPr>
              <w:keepNext/>
            </w:pPr>
          </w:p>
        </w:tc>
      </w:tr>
      <w:tr w:rsidR="007A6244" w14:paraId="67E3332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D62200" w14:textId="77777777" w:rsidR="007A6244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7A6244" w14:paraId="3385B2B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22EB1F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46D42AB" w14:textId="77777777" w:rsidR="007A6244" w:rsidRDefault="007A6244">
            <w:pPr>
              <w:keepNext/>
            </w:pPr>
          </w:p>
        </w:tc>
        <w:tc>
          <w:tcPr>
            <w:tcW w:w="3212" w:type="dxa"/>
            <w:gridSpan w:val="4"/>
          </w:tcPr>
          <w:p w14:paraId="0EA364FA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D658FE8" w14:textId="77777777" w:rsidR="007A6244" w:rsidRDefault="007A6244">
            <w:pPr>
              <w:keepNext/>
            </w:pPr>
          </w:p>
        </w:tc>
        <w:tc>
          <w:tcPr>
            <w:tcW w:w="3212" w:type="dxa"/>
            <w:gridSpan w:val="2"/>
          </w:tcPr>
          <w:p w14:paraId="2C4E7CE4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5A1A06DA" w14:textId="77777777" w:rsidR="007A6244" w:rsidRDefault="007A6244">
            <w:pPr>
              <w:keepNext/>
            </w:pPr>
          </w:p>
        </w:tc>
      </w:tr>
      <w:tr w:rsidR="007A6244" w14:paraId="3469807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B26B276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6991C6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3AE281F7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EA0BA9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172244B7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8B2D38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1F68F074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17DD5DE5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2267E62C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6F5E082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21B2896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594D4A3E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05261DF8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225866B9" w14:textId="77777777" w:rsidR="007A6244" w:rsidRDefault="007A6244">
            <w:pPr>
              <w:keepNext/>
            </w:pPr>
          </w:p>
        </w:tc>
      </w:tr>
      <w:tr w:rsidR="007A6244" w14:paraId="7AF7ECD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E71B34A" w14:textId="77777777" w:rsidR="007A6244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7A6244" w14:paraId="28F6921F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44678A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6E8EA80E" w14:textId="77777777" w:rsidR="007A6244" w:rsidRDefault="007A6244">
            <w:pPr>
              <w:keepNext/>
            </w:pPr>
          </w:p>
        </w:tc>
        <w:tc>
          <w:tcPr>
            <w:tcW w:w="5621" w:type="dxa"/>
            <w:gridSpan w:val="5"/>
          </w:tcPr>
          <w:p w14:paraId="71D20CAE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223D691F" w14:textId="77777777" w:rsidR="007A6244" w:rsidRDefault="007A6244">
            <w:pPr>
              <w:keepNext/>
            </w:pPr>
          </w:p>
        </w:tc>
      </w:tr>
      <w:tr w:rsidR="007A6244" w14:paraId="2605518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6506A29" w14:textId="77777777" w:rsidR="007A6244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7A6244" w14:paraId="2B1D8BFF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5158F72" w14:textId="77777777" w:rsidR="007A6244" w:rsidRDefault="00000000">
            <w:r>
              <w:rPr>
                <w:b/>
                <w:color w:val="0D5F78"/>
              </w:rPr>
              <w:t>În calitate de reprezentant al</w:t>
            </w:r>
          </w:p>
          <w:p w14:paraId="172CD55E" w14:textId="77777777" w:rsidR="007A6244" w:rsidRDefault="007A6244"/>
        </w:tc>
        <w:tc>
          <w:tcPr>
            <w:tcW w:w="3212" w:type="dxa"/>
            <w:gridSpan w:val="2"/>
          </w:tcPr>
          <w:p w14:paraId="2E023F88" w14:textId="77777777" w:rsidR="007A6244" w:rsidRDefault="00000000">
            <w:r>
              <w:rPr>
                <w:b/>
                <w:color w:val="0D5F78"/>
              </w:rPr>
              <w:t>CUI / CIF</w:t>
            </w:r>
          </w:p>
          <w:p w14:paraId="274C09B7" w14:textId="77777777" w:rsidR="007A6244" w:rsidRDefault="007A6244"/>
        </w:tc>
      </w:tr>
    </w:tbl>
    <w:p w14:paraId="2790794C" w14:textId="77777777" w:rsidR="007A6244" w:rsidRDefault="007A6244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7A6244" w14:paraId="0CDDD608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C8A3345" w14:textId="77777777" w:rsidR="007A6244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AUTORIZAȚIA DE CONSTRUIRE</w:t>
            </w:r>
          </w:p>
        </w:tc>
      </w:tr>
      <w:tr w:rsidR="007A6244" w14:paraId="4996068D" w14:textId="77777777">
        <w:trPr>
          <w:cantSplit/>
          <w:trHeight w:val="510"/>
        </w:trPr>
        <w:tc>
          <w:tcPr>
            <w:tcW w:w="1606" w:type="dxa"/>
          </w:tcPr>
          <w:p w14:paraId="35689D0A" w14:textId="77777777" w:rsidR="007A6244" w:rsidRDefault="00000000">
            <w:r>
              <w:rPr>
                <w:b/>
                <w:color w:val="0D5F78"/>
              </w:rPr>
              <w:t>Nr.</w:t>
            </w:r>
          </w:p>
          <w:p w14:paraId="095D61F3" w14:textId="77777777" w:rsidR="007A6244" w:rsidRDefault="007A6244"/>
        </w:tc>
        <w:tc>
          <w:tcPr>
            <w:tcW w:w="2409" w:type="dxa"/>
          </w:tcPr>
          <w:p w14:paraId="5E836E88" w14:textId="77777777" w:rsidR="007A6244" w:rsidRDefault="00000000">
            <w:r>
              <w:rPr>
                <w:b/>
                <w:color w:val="0D5F78"/>
              </w:rPr>
              <w:t>Din data</w:t>
            </w:r>
          </w:p>
          <w:p w14:paraId="73344DA4" w14:textId="77777777" w:rsidR="007A6244" w:rsidRDefault="007A6244"/>
        </w:tc>
        <w:tc>
          <w:tcPr>
            <w:tcW w:w="5621" w:type="dxa"/>
          </w:tcPr>
          <w:p w14:paraId="38937E8B" w14:textId="77777777" w:rsidR="007A6244" w:rsidRDefault="00000000">
            <w:r>
              <w:rPr>
                <w:b/>
                <w:color w:val="0D5F78"/>
              </w:rPr>
              <w:t>Emisă de</w:t>
            </w:r>
          </w:p>
          <w:p w14:paraId="0D6A7EFA" w14:textId="77777777" w:rsidR="007A6244" w:rsidRDefault="007A6244"/>
        </w:tc>
      </w:tr>
    </w:tbl>
    <w:p w14:paraId="1B861EE0" w14:textId="77777777" w:rsidR="007A6244" w:rsidRDefault="007A6244">
      <w:pPr>
        <w:spacing w:line="168" w:lineRule="auto"/>
      </w:pPr>
    </w:p>
    <w:p w14:paraId="2148FFF5" w14:textId="4ABE98FB" w:rsidR="009D5BC3" w:rsidRDefault="00000000" w:rsidP="009D5BC3">
      <w:pPr>
        <w:spacing w:before="80" w:after="60"/>
        <w:jc w:val="center"/>
        <w:rPr>
          <w:sz w:val="18"/>
        </w:rPr>
      </w:pPr>
      <w:r>
        <w:rPr>
          <w:sz w:val="18"/>
        </w:rPr>
        <w:t>în temeiul art. 309 – art. 310 din Legea nr. 169/2026 privind Codul amenajării teritoriului, urbanismului și construcțiilor,</w:t>
      </w:r>
    </w:p>
    <w:p w14:paraId="4857330C" w14:textId="0CFFB432" w:rsidR="009D5BC3" w:rsidRPr="007F2503" w:rsidRDefault="00000000" w:rsidP="007F2503">
      <w:pPr>
        <w:keepNext/>
        <w:jc w:val="center"/>
        <w:rPr>
          <w:sz w:val="18"/>
          <w:szCs w:val="18"/>
          <w:lang w:val="fr-FR"/>
        </w:rPr>
      </w:pPr>
      <w:r w:rsidRPr="007F2503">
        <w:rPr>
          <w:sz w:val="18"/>
          <w:szCs w:val="18"/>
          <w:lang w:val="fr-FR"/>
        </w:rPr>
        <w:t>solicit:</w:t>
      </w:r>
    </w:p>
    <w:p w14:paraId="09133AEA" w14:textId="41C7D97B" w:rsidR="007F2503" w:rsidRPr="007F2503" w:rsidRDefault="009D5BC3" w:rsidP="007F2503">
      <w:pPr>
        <w:keepNext/>
        <w:jc w:val="center"/>
        <w:rPr>
          <w:sz w:val="20"/>
          <w:szCs w:val="20"/>
          <w:lang w:val="fr-FR"/>
        </w:rPr>
      </w:pPr>
      <w:r w:rsidRPr="007F2503">
        <w:rPr>
          <w:sz w:val="20"/>
          <w:szCs w:val="20"/>
          <w:lang w:val="fr-FR"/>
        </w:rPr>
        <w:t>☐ prelungirea DURATEI DE EXECUȚIE, pentru cel mult 12 luni  /</w:t>
      </w:r>
    </w:p>
    <w:p w14:paraId="035B2E14" w14:textId="2AEF1F8C" w:rsidR="007A6244" w:rsidRPr="007F2503" w:rsidRDefault="009D5BC3" w:rsidP="007F2503">
      <w:pPr>
        <w:keepNext/>
        <w:jc w:val="center"/>
        <w:rPr>
          <w:sz w:val="20"/>
          <w:szCs w:val="20"/>
          <w:lang w:val="fr-FR"/>
        </w:rPr>
      </w:pPr>
      <w:r w:rsidRPr="007F2503">
        <w:rPr>
          <w:sz w:val="20"/>
          <w:szCs w:val="20"/>
          <w:lang w:val="fr-FR"/>
        </w:rPr>
        <w:t>☐ prelungirea VALABILITĂȚII autorizației, pentru cel mult 12 luni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7A6244" w14:paraId="23C4BF84" w14:textId="77777777">
        <w:trPr>
          <w:cantSplit/>
          <w:trHeight w:val="510"/>
        </w:trPr>
        <w:tc>
          <w:tcPr>
            <w:tcW w:w="4818" w:type="dxa"/>
          </w:tcPr>
          <w:p w14:paraId="3A499E2D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De la data</w:t>
            </w:r>
          </w:p>
          <w:p w14:paraId="354602FC" w14:textId="77777777" w:rsidR="007A6244" w:rsidRDefault="007A6244">
            <w:pPr>
              <w:keepNext/>
            </w:pPr>
          </w:p>
        </w:tc>
        <w:tc>
          <w:tcPr>
            <w:tcW w:w="4818" w:type="dxa"/>
          </w:tcPr>
          <w:p w14:paraId="59ED40D5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Până la data</w:t>
            </w:r>
          </w:p>
          <w:p w14:paraId="7DDD098F" w14:textId="77777777" w:rsidR="007A6244" w:rsidRDefault="007A6244">
            <w:pPr>
              <w:keepNext/>
            </w:pPr>
          </w:p>
        </w:tc>
      </w:tr>
      <w:tr w:rsidR="007A6244" w14:paraId="437193AC" w14:textId="77777777">
        <w:trPr>
          <w:cantSplit/>
          <w:trHeight w:val="510"/>
        </w:trPr>
        <w:tc>
          <w:tcPr>
            <w:tcW w:w="4818" w:type="dxa"/>
          </w:tcPr>
          <w:p w14:paraId="4DF3FB80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Stadiul lucrărilor (%)</w:t>
            </w:r>
          </w:p>
          <w:p w14:paraId="24044175" w14:textId="77777777" w:rsidR="007A6244" w:rsidRDefault="007A6244">
            <w:pPr>
              <w:keepNext/>
            </w:pPr>
          </w:p>
        </w:tc>
        <w:tc>
          <w:tcPr>
            <w:tcW w:w="4818" w:type="dxa"/>
          </w:tcPr>
          <w:p w14:paraId="524FE4D1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Data începerii efective</w:t>
            </w:r>
          </w:p>
          <w:p w14:paraId="5E0A126C" w14:textId="77777777" w:rsidR="007A6244" w:rsidRDefault="007A6244">
            <w:pPr>
              <w:keepNext/>
            </w:pPr>
          </w:p>
        </w:tc>
      </w:tr>
      <w:tr w:rsidR="007A6244" w:rsidRPr="007F2503" w14:paraId="2FF65CEB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73B1089" w14:textId="77777777" w:rsidR="007A6244" w:rsidRPr="009D5BC3" w:rsidRDefault="00000000">
            <w:pPr>
              <w:keepNext/>
              <w:rPr>
                <w:lang w:val="fr-FR"/>
              </w:rPr>
            </w:pPr>
            <w:r w:rsidRPr="009D5BC3">
              <w:rPr>
                <w:sz w:val="16"/>
                <w:lang w:val="fr-FR"/>
              </w:rPr>
              <w:t xml:space="preserve"> Lucrările rămase de executat și motivarea</w:t>
            </w:r>
          </w:p>
        </w:tc>
      </w:tr>
      <w:tr w:rsidR="007A6244" w:rsidRPr="007F2503" w14:paraId="723B2689" w14:textId="77777777">
        <w:trPr>
          <w:cantSplit/>
        </w:trPr>
        <w:tc>
          <w:tcPr>
            <w:tcW w:w="9636" w:type="dxa"/>
            <w:gridSpan w:val="2"/>
          </w:tcPr>
          <w:p w14:paraId="195774AC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4B23A108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30E592BD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</w:tbl>
    <w:p w14:paraId="624259B7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14:paraId="00ED70C9" w14:textId="77777777">
        <w:trPr>
          <w:cantSplit/>
        </w:trPr>
        <w:tc>
          <w:tcPr>
            <w:tcW w:w="9636" w:type="dxa"/>
            <w:shd w:val="clear" w:color="auto" w:fill="F4F4F4"/>
          </w:tcPr>
          <w:p w14:paraId="2678BCBD" w14:textId="77777777" w:rsidR="007A6244" w:rsidRDefault="00000000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7A6244" w:rsidRPr="007F2503" w14:paraId="6B6A0EA2" w14:textId="77777777">
        <w:trPr>
          <w:cantSplit/>
        </w:trPr>
        <w:tc>
          <w:tcPr>
            <w:tcW w:w="9636" w:type="dxa"/>
          </w:tcPr>
          <w:p w14:paraId="300C857E" w14:textId="77777777" w:rsidR="007A6244" w:rsidRPr="009D5BC3" w:rsidRDefault="00000000">
            <w:pPr>
              <w:rPr>
                <w:lang w:val="fr-FR"/>
              </w:rPr>
            </w:pPr>
            <w:r w:rsidRPr="009D5BC3">
              <w:rPr>
                <w:sz w:val="16"/>
                <w:lang w:val="fr-FR"/>
              </w:rPr>
              <w:t xml:space="preserve"> ☐ autorizația de construire (în original)     ☐ documentul privind achitarea taxei (copie)</w:t>
            </w:r>
          </w:p>
        </w:tc>
      </w:tr>
    </w:tbl>
    <w:p w14:paraId="5EC05CB7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7A6244" w14:paraId="02CA662B" w14:textId="77777777" w:rsidTr="007F2503">
        <w:trPr>
          <w:cantSplit/>
        </w:trPr>
        <w:tc>
          <w:tcPr>
            <w:tcW w:w="9636" w:type="dxa"/>
            <w:gridSpan w:val="3"/>
            <w:tcBorders>
              <w:bottom w:val="single" w:sz="4" w:space="0" w:color="auto"/>
            </w:tcBorders>
            <w:shd w:val="clear" w:color="auto" w:fill="F4F4F4"/>
          </w:tcPr>
          <w:p w14:paraId="14B1C475" w14:textId="77777777" w:rsidR="007A6244" w:rsidRDefault="00000000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7A6244" w14:paraId="0C1B9847" w14:textId="77777777" w:rsidTr="007F2503">
        <w:trPr>
          <w:cantSplit/>
          <w:trHeight w:val="510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32CC" w14:textId="77777777" w:rsidR="007A6244" w:rsidRDefault="00000000">
            <w:r>
              <w:rPr>
                <w:b/>
                <w:color w:val="0D5F78"/>
              </w:rPr>
              <w:t>Data</w:t>
            </w:r>
          </w:p>
          <w:p w14:paraId="00AF9847" w14:textId="77777777" w:rsidR="007A6244" w:rsidRDefault="007A6244"/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8FF1" w14:textId="77777777" w:rsidR="007A6244" w:rsidRDefault="00000000">
            <w:r>
              <w:rPr>
                <w:b/>
                <w:color w:val="0D5F78"/>
              </w:rPr>
              <w:t>Titularul autorizației</w:t>
            </w:r>
          </w:p>
          <w:p w14:paraId="7EABFA92" w14:textId="77777777" w:rsidR="007A6244" w:rsidRDefault="007A6244"/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BFAE" w14:textId="77777777" w:rsidR="007A6244" w:rsidRDefault="00000000">
            <w:r>
              <w:rPr>
                <w:b/>
                <w:color w:val="0D5F78"/>
              </w:rPr>
              <w:t>Semnătura</w:t>
            </w:r>
          </w:p>
          <w:p w14:paraId="189E4DCE" w14:textId="77777777" w:rsidR="007A6244" w:rsidRDefault="007A6244"/>
        </w:tc>
      </w:tr>
    </w:tbl>
    <w:p w14:paraId="19AD975D" w14:textId="77777777" w:rsidR="007A6244" w:rsidRDefault="007A6244">
      <w:pPr>
        <w:spacing w:line="168" w:lineRule="auto"/>
      </w:pPr>
    </w:p>
    <w:sectPr w:rsidR="007A6244" w:rsidSect="00034616">
      <w:headerReference w:type="default" r:id="rId9"/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837DF" w14:textId="77777777" w:rsidR="009C123F" w:rsidRDefault="009C123F">
      <w:r>
        <w:separator/>
      </w:r>
    </w:p>
  </w:endnote>
  <w:endnote w:type="continuationSeparator" w:id="0">
    <w:p w14:paraId="79B979C9" w14:textId="77777777" w:rsidR="009C123F" w:rsidRDefault="009C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319F4" w14:textId="2E95B5F8" w:rsidR="007A6244" w:rsidRDefault="00000000">
    <w:pPr>
      <w:pStyle w:val="Footer"/>
      <w:tabs>
        <w:tab w:val="right" w:pos="9639"/>
      </w:tabs>
    </w:pPr>
    <w:r>
      <w:rPr>
        <w:color w:val="595959"/>
      </w:rPr>
      <w:t>F_A_02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9D5BC3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9D5BC3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00E36" w14:textId="77777777" w:rsidR="009C123F" w:rsidRDefault="009C123F">
      <w:r>
        <w:separator/>
      </w:r>
    </w:p>
  </w:footnote>
  <w:footnote w:type="continuationSeparator" w:id="0">
    <w:p w14:paraId="7C9285D2" w14:textId="77777777" w:rsidR="009C123F" w:rsidRDefault="009C1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36C7A" w14:textId="77777777" w:rsidR="00634EA6" w:rsidRDefault="00634EA6" w:rsidP="00634EA6">
    <w:pPr>
      <w:pStyle w:val="Header"/>
      <w:rPr>
        <w:i/>
        <w:iCs/>
        <w:sz w:val="24"/>
        <w:szCs w:val="24"/>
        <w:u w:val="single"/>
        <w:lang w:val="ro-RO"/>
      </w:rPr>
    </w:pPr>
    <w:r w:rsidRPr="002B61AC">
      <w:rPr>
        <w:i/>
        <w:iCs/>
        <w:sz w:val="24"/>
        <w:szCs w:val="24"/>
        <w:u w:val="single"/>
        <w:lang w:val="ro-RO"/>
      </w:rPr>
      <w:t>Anexa nr.2</w:t>
    </w:r>
  </w:p>
  <w:p w14:paraId="57E53C37" w14:textId="756AAB75" w:rsidR="00634EA6" w:rsidRPr="002B61AC" w:rsidRDefault="00634EA6" w:rsidP="00634EA6">
    <w:pPr>
      <w:pStyle w:val="Header"/>
      <w:rPr>
        <w:i/>
        <w:iCs/>
        <w:sz w:val="24"/>
        <w:szCs w:val="24"/>
        <w:u w:val="single"/>
        <w:lang w:val="ro-RO"/>
      </w:rPr>
    </w:pPr>
    <w:r>
      <w:rPr>
        <w:color w:val="595959"/>
      </w:rPr>
      <w:t>F_A_02· versiunea 1.0</w:t>
    </w:r>
  </w:p>
  <w:p w14:paraId="09EC18CA" w14:textId="77777777" w:rsidR="00634EA6" w:rsidRDefault="00634E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9776214">
    <w:abstractNumId w:val="8"/>
  </w:num>
  <w:num w:numId="2" w16cid:durableId="564149757">
    <w:abstractNumId w:val="6"/>
  </w:num>
  <w:num w:numId="3" w16cid:durableId="1240217645">
    <w:abstractNumId w:val="5"/>
  </w:num>
  <w:num w:numId="4" w16cid:durableId="1832985626">
    <w:abstractNumId w:val="4"/>
  </w:num>
  <w:num w:numId="5" w16cid:durableId="1826778191">
    <w:abstractNumId w:val="7"/>
  </w:num>
  <w:num w:numId="6" w16cid:durableId="465902325">
    <w:abstractNumId w:val="3"/>
  </w:num>
  <w:num w:numId="7" w16cid:durableId="41292924">
    <w:abstractNumId w:val="2"/>
  </w:num>
  <w:num w:numId="8" w16cid:durableId="2011759696">
    <w:abstractNumId w:val="1"/>
  </w:num>
  <w:num w:numId="9" w16cid:durableId="146777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B5772"/>
    <w:rsid w:val="005224C1"/>
    <w:rsid w:val="005724B6"/>
    <w:rsid w:val="005F7E08"/>
    <w:rsid w:val="00634EA6"/>
    <w:rsid w:val="006C103E"/>
    <w:rsid w:val="007A6244"/>
    <w:rsid w:val="007F2503"/>
    <w:rsid w:val="009C123F"/>
    <w:rsid w:val="009C5408"/>
    <w:rsid w:val="009D5BC3"/>
    <w:rsid w:val="00AA1D8D"/>
    <w:rsid w:val="00B47730"/>
    <w:rsid w:val="00CB0664"/>
    <w:rsid w:val="00D21BCF"/>
    <w:rsid w:val="00E61A6B"/>
    <w:rsid w:val="00F816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B27A3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Raluca Bobescu</cp:lastModifiedBy>
  <cp:revision>4</cp:revision>
  <cp:lastPrinted>2026-09-02T07:53:00Z</cp:lastPrinted>
  <dcterms:created xsi:type="dcterms:W3CDTF">2026-09-02T06:33:00Z</dcterms:created>
  <dcterms:modified xsi:type="dcterms:W3CDTF">2026-09-02T07:53:00Z</dcterms:modified>
  <cp:category/>
</cp:coreProperties>
</file>