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87292C" w14:paraId="23992E51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316410E9" w14:textId="478EF7E7" w:rsidR="0087292C" w:rsidRDefault="0087292C" w:rsidP="0087292C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52C93142" wp14:editId="0B7390BD">
                  <wp:extent cx="882650" cy="1022350"/>
                  <wp:effectExtent l="0" t="0" r="6350" b="6350"/>
                  <wp:docPr id="164375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57454" name="Picture 1643757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267F0C45" w14:textId="77777777" w:rsidR="0087292C" w:rsidRPr="00D02671" w:rsidRDefault="0087292C" w:rsidP="0087292C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Județul</w:t>
            </w:r>
            <w:proofErr w:type="spellEnd"/>
          </w:p>
          <w:p w14:paraId="730670E1" w14:textId="77777777" w:rsidR="0087292C" w:rsidRDefault="0087292C" w:rsidP="0087292C">
            <w:pPr>
              <w:keepNext/>
              <w:rPr>
                <w:b/>
                <w:color w:val="0D5F78"/>
              </w:rPr>
            </w:pPr>
          </w:p>
          <w:p w14:paraId="263D9566" w14:textId="59256252" w:rsidR="0087292C" w:rsidRDefault="0087292C" w:rsidP="0087292C">
            <w:pPr>
              <w:keepNext/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Buzău</w:t>
            </w:r>
            <w:proofErr w:type="spellEnd"/>
            <w:r>
              <w:t xml:space="preserve"> </w:t>
            </w:r>
          </w:p>
        </w:tc>
      </w:tr>
      <w:tr w:rsidR="0087292C" w14:paraId="4CF39563" w14:textId="77777777">
        <w:trPr>
          <w:cantSplit/>
          <w:trHeight w:val="510"/>
        </w:trPr>
        <w:tc>
          <w:tcPr>
            <w:tcW w:w="1606" w:type="dxa"/>
            <w:vMerge/>
          </w:tcPr>
          <w:p w14:paraId="46929F1C" w14:textId="77777777" w:rsidR="0087292C" w:rsidRDefault="0087292C" w:rsidP="0087292C"/>
        </w:tc>
        <w:tc>
          <w:tcPr>
            <w:tcW w:w="8030" w:type="dxa"/>
            <w:gridSpan w:val="3"/>
            <w:shd w:val="clear" w:color="auto" w:fill="F0F0F0"/>
          </w:tcPr>
          <w:p w14:paraId="0A39C3ED" w14:textId="77777777" w:rsidR="0087292C" w:rsidRPr="00D02671" w:rsidRDefault="0087292C" w:rsidP="0087292C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Autoritatea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administrației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publice</w:t>
            </w:r>
            <w:proofErr w:type="spellEnd"/>
          </w:p>
          <w:p w14:paraId="651E104B" w14:textId="77777777" w:rsidR="0087292C" w:rsidRDefault="0087292C" w:rsidP="0087292C">
            <w:pPr>
              <w:keepNext/>
              <w:rPr>
                <w:b/>
                <w:color w:val="0D5F78"/>
              </w:rPr>
            </w:pPr>
          </w:p>
          <w:p w14:paraId="411B3CAD" w14:textId="4D640C19" w:rsidR="0087292C" w:rsidRDefault="0087292C" w:rsidP="0087292C">
            <w:pPr>
              <w:keepNext/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Primăria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 w:rsidRPr="00D02671">
              <w:rPr>
                <w:b/>
                <w:i/>
                <w:iCs/>
                <w:color w:val="0D5F78"/>
              </w:rPr>
              <w:t>Municipiului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 w:rsidRPr="00D02671">
              <w:rPr>
                <w:b/>
                <w:i/>
                <w:iCs/>
                <w:color w:val="0D5F78"/>
              </w:rPr>
              <w:t>Buzău</w:t>
            </w:r>
            <w:proofErr w:type="spellEnd"/>
            <w:r>
              <w:t xml:space="preserve"> </w:t>
            </w:r>
          </w:p>
        </w:tc>
      </w:tr>
      <w:tr w:rsidR="0087292C" w14:paraId="75D900BC" w14:textId="77777777">
        <w:trPr>
          <w:cantSplit/>
          <w:trHeight w:val="510"/>
        </w:trPr>
        <w:tc>
          <w:tcPr>
            <w:tcW w:w="1606" w:type="dxa"/>
            <w:vMerge/>
          </w:tcPr>
          <w:p w14:paraId="37B6CDF5" w14:textId="77777777" w:rsidR="0087292C" w:rsidRDefault="0087292C" w:rsidP="0087292C"/>
        </w:tc>
        <w:tc>
          <w:tcPr>
            <w:tcW w:w="2409" w:type="dxa"/>
            <w:shd w:val="clear" w:color="auto" w:fill="F0F0F0"/>
          </w:tcPr>
          <w:p w14:paraId="123108C8" w14:textId="77777777" w:rsidR="0087292C" w:rsidRPr="00D02671" w:rsidRDefault="0087292C" w:rsidP="0087292C">
            <w:pPr>
              <w:keepNext/>
              <w:rPr>
                <w:bCs/>
                <w:lang w:val="fr-FR"/>
              </w:rPr>
            </w:pPr>
            <w:r w:rsidRPr="00D02671">
              <w:rPr>
                <w:bCs/>
                <w:color w:val="0D5F78"/>
                <w:lang w:val="fr-FR"/>
              </w:rPr>
              <w:t xml:space="preserve">Cod de </w:t>
            </w:r>
            <w:proofErr w:type="spellStart"/>
            <w:r w:rsidRPr="00D02671">
              <w:rPr>
                <w:bCs/>
                <w:color w:val="0D5F78"/>
                <w:lang w:val="fr-FR"/>
              </w:rPr>
              <w:t>identificare</w:t>
            </w:r>
            <w:proofErr w:type="spellEnd"/>
            <w:r w:rsidRPr="00D02671">
              <w:rPr>
                <w:bCs/>
                <w:color w:val="0D5F78"/>
                <w:lang w:val="fr-FR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  <w:lang w:val="fr-FR"/>
              </w:rPr>
              <w:t>fiscală</w:t>
            </w:r>
            <w:proofErr w:type="spellEnd"/>
            <w:r w:rsidRPr="00D02671">
              <w:rPr>
                <w:bCs/>
                <w:color w:val="0D5F78"/>
                <w:lang w:val="fr-FR"/>
              </w:rPr>
              <w:t xml:space="preserve"> (CIF)</w:t>
            </w:r>
          </w:p>
          <w:p w14:paraId="7E2A9122" w14:textId="77777777" w:rsidR="0087292C" w:rsidRDefault="0087292C" w:rsidP="0087292C">
            <w:pPr>
              <w:keepNext/>
              <w:rPr>
                <w:i/>
                <w:iCs/>
                <w:lang w:val="fr-FR"/>
              </w:rPr>
            </w:pPr>
          </w:p>
          <w:p w14:paraId="7DC4DCC4" w14:textId="420EB332" w:rsidR="0087292C" w:rsidRPr="007050CD" w:rsidRDefault="0087292C" w:rsidP="0087292C">
            <w:pPr>
              <w:keepNext/>
              <w:rPr>
                <w:lang w:val="fr-FR"/>
              </w:rPr>
            </w:pPr>
            <w:r w:rsidRPr="00D02671">
              <w:rPr>
                <w:b/>
                <w:i/>
                <w:iCs/>
                <w:color w:val="0D5F78"/>
              </w:rPr>
              <w:t>4233874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372E1AE8" w14:textId="77777777" w:rsidR="00BF0BDB" w:rsidRPr="00D02671" w:rsidRDefault="00BF0BDB" w:rsidP="00BF0BDB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Adresa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oficială</w:t>
            </w:r>
            <w:proofErr w:type="spellEnd"/>
          </w:p>
          <w:p w14:paraId="7ECB01E1" w14:textId="77777777" w:rsidR="00BF0BDB" w:rsidRDefault="00BF0BDB" w:rsidP="00BF0BDB">
            <w:pPr>
              <w:keepNext/>
              <w:rPr>
                <w:b/>
                <w:i/>
                <w:iCs/>
                <w:color w:val="0D5F78"/>
              </w:rPr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Piața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>
              <w:rPr>
                <w:b/>
                <w:i/>
                <w:iCs/>
                <w:color w:val="0D5F78"/>
              </w:rPr>
              <w:t>Daciei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nr. 1</w:t>
            </w:r>
          </w:p>
          <w:p w14:paraId="1C11E709" w14:textId="34817ACA" w:rsidR="0087292C" w:rsidRDefault="00BF0BDB" w:rsidP="00BF0BDB">
            <w:pPr>
              <w:keepNext/>
            </w:pPr>
            <w:r>
              <w:rPr>
                <w:b/>
                <w:i/>
                <w:iCs/>
                <w:color w:val="0D5F78"/>
              </w:rPr>
              <w:t>ghiseu.unic@primariabuzau.ro</w:t>
            </w:r>
          </w:p>
        </w:tc>
      </w:tr>
      <w:tr w:rsidR="0087292C" w14:paraId="20852B2C" w14:textId="77777777">
        <w:trPr>
          <w:cantSplit/>
          <w:trHeight w:val="510"/>
        </w:trPr>
        <w:tc>
          <w:tcPr>
            <w:tcW w:w="1606" w:type="dxa"/>
            <w:vMerge/>
          </w:tcPr>
          <w:p w14:paraId="20FE1C8B" w14:textId="77777777" w:rsidR="0087292C" w:rsidRDefault="0087292C" w:rsidP="0087292C"/>
        </w:tc>
        <w:tc>
          <w:tcPr>
            <w:tcW w:w="4818" w:type="dxa"/>
            <w:gridSpan w:val="2"/>
            <w:shd w:val="clear" w:color="auto" w:fill="F0F0F0"/>
          </w:tcPr>
          <w:p w14:paraId="48FD6A18" w14:textId="77777777" w:rsidR="0087292C" w:rsidRDefault="0087292C" w:rsidP="0087292C"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572FA267" w14:textId="77777777" w:rsidR="0087292C" w:rsidRDefault="0087292C" w:rsidP="0087292C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7604C81F" w14:textId="77777777" w:rsidR="0087292C" w:rsidRDefault="0087292C" w:rsidP="0087292C"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26839202" w14:textId="77777777" w:rsidR="0087292C" w:rsidRDefault="0087292C" w:rsidP="0087292C">
            <w:pPr>
              <w:keepNext/>
            </w:pPr>
          </w:p>
        </w:tc>
      </w:tr>
      <w:tr w:rsidR="00AD35FD" w:rsidRPr="005E6036" w14:paraId="40A3F398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FD605A9" w14:textId="77777777" w:rsidR="00AD35FD" w:rsidRPr="007050CD" w:rsidRDefault="00000000">
            <w:pPr>
              <w:rPr>
                <w:lang w:val="fr-FR"/>
              </w:rPr>
            </w:pPr>
            <w:r w:rsidRPr="007050CD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7050CD">
              <w:rPr>
                <w:i/>
                <w:color w:val="595959"/>
                <w:lang w:val="fr-FR"/>
              </w:rPr>
              <w:t>se</w:t>
            </w:r>
            <w:proofErr w:type="gramEnd"/>
            <w:r w:rsidRPr="007050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scrie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în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7050C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58FEB982" w14:textId="77777777" w:rsidR="00AD35FD" w:rsidRPr="005E6036" w:rsidRDefault="00000000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ÎNȘTIINȚARE</w:t>
      </w:r>
    </w:p>
    <w:p w14:paraId="3F1F960E" w14:textId="77777777" w:rsidR="00AD35FD" w:rsidRDefault="00000000">
      <w:pPr>
        <w:spacing w:after="120"/>
        <w:jc w:val="center"/>
      </w:pPr>
      <w:proofErr w:type="spellStart"/>
      <w:r>
        <w:rPr>
          <w:sz w:val="19"/>
        </w:rPr>
        <w:t>privind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încheierea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execuției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lucrărilor</w:t>
      </w:r>
      <w:proofErr w:type="spellEnd"/>
    </w:p>
    <w:p w14:paraId="39CC6B28" w14:textId="77777777" w:rsidR="00AD35FD" w:rsidRDefault="00AD35FD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D35FD" w14:paraId="5D5D5660" w14:textId="77777777">
        <w:trPr>
          <w:cantSplit/>
        </w:trPr>
        <w:tc>
          <w:tcPr>
            <w:tcW w:w="9636" w:type="dxa"/>
            <w:shd w:val="clear" w:color="auto" w:fill="F4F4F4"/>
          </w:tcPr>
          <w:p w14:paraId="7237AFBA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D35FD" w:rsidRPr="007050CD" w14:paraId="6E6DD37F" w14:textId="77777777">
        <w:trPr>
          <w:cantSplit/>
          <w:trHeight w:val="510"/>
        </w:trPr>
        <w:tc>
          <w:tcPr>
            <w:tcW w:w="9636" w:type="dxa"/>
          </w:tcPr>
          <w:p w14:paraId="29E26C9F" w14:textId="77777777" w:rsidR="00AD35FD" w:rsidRPr="007050CD" w:rsidRDefault="00AD35FD" w:rsidP="007050CD">
            <w:pPr>
              <w:keepNext/>
              <w:rPr>
                <w:lang w:val="fr-FR"/>
              </w:rPr>
            </w:pPr>
          </w:p>
        </w:tc>
      </w:tr>
      <w:tr w:rsidR="00AD35FD" w:rsidRPr="007050CD" w14:paraId="6859A31D" w14:textId="77777777">
        <w:trPr>
          <w:cantSplit/>
        </w:trPr>
        <w:tc>
          <w:tcPr>
            <w:tcW w:w="9636" w:type="dxa"/>
            <w:shd w:val="clear" w:color="auto" w:fill="F4F4F4"/>
          </w:tcPr>
          <w:p w14:paraId="065790C6" w14:textId="169ECA0F" w:rsidR="00AD35FD" w:rsidRPr="005E6036" w:rsidRDefault="00000000">
            <w:pPr>
              <w:spacing w:line="228" w:lineRule="auto"/>
            </w:pPr>
            <w:proofErr w:type="spellStart"/>
            <w:r w:rsidRPr="005E6036">
              <w:t>Cererea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va</w:t>
            </w:r>
            <w:proofErr w:type="spellEnd"/>
            <w:r w:rsidRPr="005E6036">
              <w:t xml:space="preserve"> fi</w:t>
            </w:r>
            <w:r w:rsidR="007050CD" w:rsidRPr="005E6036">
              <w:t xml:space="preserve"> </w:t>
            </w:r>
            <w:proofErr w:type="spellStart"/>
            <w:r w:rsidR="007050CD" w:rsidRPr="005E6036">
              <w:t>adresată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către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președintele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consiliului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județean</w:t>
            </w:r>
            <w:proofErr w:type="spellEnd"/>
            <w:r w:rsidRPr="005E6036">
              <w:t xml:space="preserve">,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general,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de sector </w:t>
            </w:r>
            <w:proofErr w:type="spellStart"/>
            <w:r w:rsidRPr="005E6036">
              <w:t>sau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municipiului</w:t>
            </w:r>
            <w:proofErr w:type="spellEnd"/>
            <w:r w:rsidRPr="005E6036">
              <w:t xml:space="preserve"> / </w:t>
            </w:r>
            <w:proofErr w:type="spellStart"/>
            <w:r w:rsidRPr="005E6036">
              <w:t>orașului</w:t>
            </w:r>
            <w:proofErr w:type="spellEnd"/>
            <w:r w:rsidRPr="005E6036">
              <w:t xml:space="preserve"> / </w:t>
            </w:r>
            <w:proofErr w:type="spellStart"/>
            <w:r w:rsidRPr="005E6036">
              <w:t>comunei</w:t>
            </w:r>
            <w:proofErr w:type="spellEnd"/>
            <w:r w:rsidRPr="005E6036">
              <w:t xml:space="preserve">, </w:t>
            </w:r>
            <w:proofErr w:type="spellStart"/>
            <w:r w:rsidRPr="005E6036">
              <w:t>după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caz</w:t>
            </w:r>
            <w:proofErr w:type="spellEnd"/>
            <w:r w:rsidRPr="005E6036">
              <w:t>.</w:t>
            </w:r>
          </w:p>
        </w:tc>
      </w:tr>
    </w:tbl>
    <w:p w14:paraId="51D38FA9" w14:textId="77777777" w:rsidR="00AD35FD" w:rsidRPr="005E6036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D35FD" w14:paraId="46CB876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3B3776" w14:textId="77777777" w:rsidR="00AD35FD" w:rsidRDefault="00000000">
            <w:pPr>
              <w:keepNext/>
            </w:pPr>
            <w:r w:rsidRPr="005E603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D35FD" w14:paraId="32169DFD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09156218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460DBA2" w14:textId="77777777" w:rsidR="00AD35FD" w:rsidRDefault="00AD35FD">
            <w:pPr>
              <w:keepNext/>
            </w:pPr>
          </w:p>
        </w:tc>
        <w:tc>
          <w:tcPr>
            <w:tcW w:w="4015" w:type="dxa"/>
            <w:gridSpan w:val="3"/>
          </w:tcPr>
          <w:p w14:paraId="62D69012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5C61E18C" w14:textId="77777777" w:rsidR="00AD35FD" w:rsidRDefault="00AD35FD">
            <w:pPr>
              <w:keepNext/>
            </w:pPr>
          </w:p>
        </w:tc>
      </w:tr>
      <w:tr w:rsidR="00AD35FD" w14:paraId="2BC6EF7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8B7BC7E" w14:textId="77777777" w:rsidR="00AD35FD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AD35FD" w14:paraId="1EDA1342" w14:textId="77777777">
        <w:trPr>
          <w:cantSplit/>
          <w:trHeight w:val="510"/>
        </w:trPr>
        <w:tc>
          <w:tcPr>
            <w:tcW w:w="1606" w:type="dxa"/>
          </w:tcPr>
          <w:p w14:paraId="09DE4D5B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Seria</w:t>
            </w:r>
            <w:proofErr w:type="spellEnd"/>
          </w:p>
          <w:p w14:paraId="304A3F5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2B6D2861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15B2CC0F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5"/>
          </w:tcPr>
          <w:p w14:paraId="074B257B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68E9A4D7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6665BF0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85EFB42" w14:textId="77777777" w:rsidR="00AD35FD" w:rsidRDefault="00AD35FD">
            <w:pPr>
              <w:keepNext/>
            </w:pPr>
          </w:p>
        </w:tc>
      </w:tr>
      <w:tr w:rsidR="00AD35FD" w14:paraId="32CEFBE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F217D41" w14:textId="77777777" w:rsidR="00AD35FD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AD35FD" w14:paraId="5155AE8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9A1DBB3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6176509F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4"/>
          </w:tcPr>
          <w:p w14:paraId="12FFC180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78AF07E4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DCE9F1A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2ABA8A3A" w14:textId="77777777" w:rsidR="00AD35FD" w:rsidRDefault="00AD35FD">
            <w:pPr>
              <w:keepNext/>
            </w:pPr>
          </w:p>
        </w:tc>
      </w:tr>
      <w:tr w:rsidR="00AD35FD" w14:paraId="40628C1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16757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BA56E68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1489889D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B4ABA2F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7CD5A464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109255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35CA800D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49F3CE7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5BF03D0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A6186C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7A7CC00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1EDFEC25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0F72F706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487B61C5" w14:textId="77777777" w:rsidR="00AD35FD" w:rsidRDefault="00AD35FD">
            <w:pPr>
              <w:keepNext/>
            </w:pPr>
          </w:p>
        </w:tc>
      </w:tr>
      <w:tr w:rsidR="00AD35FD" w14:paraId="025BF65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FA46FA6" w14:textId="77777777" w:rsidR="00AD35FD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D35FD" w14:paraId="3F62D54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D073D6E" w14:textId="77777777" w:rsidR="00AD35FD" w:rsidRDefault="00000000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39CC712B" w14:textId="77777777" w:rsidR="00AD35FD" w:rsidRDefault="00AD35FD"/>
        </w:tc>
        <w:tc>
          <w:tcPr>
            <w:tcW w:w="5621" w:type="dxa"/>
            <w:gridSpan w:val="5"/>
          </w:tcPr>
          <w:p w14:paraId="731E3EAF" w14:textId="77777777" w:rsidR="00AD35FD" w:rsidRDefault="00000000">
            <w:r>
              <w:rPr>
                <w:b/>
                <w:color w:val="0D5F78"/>
              </w:rPr>
              <w:t>E-mail</w:t>
            </w:r>
          </w:p>
          <w:p w14:paraId="6A57A506" w14:textId="77777777" w:rsidR="00AD35FD" w:rsidRDefault="00AD35FD"/>
        </w:tc>
      </w:tr>
    </w:tbl>
    <w:p w14:paraId="4D9D1FE5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D35FD" w:rsidRPr="005E6036" w14:paraId="0CCD3AD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FDD6DE2" w14:textId="77777777" w:rsidR="00AD35FD" w:rsidRPr="007050CD" w:rsidRDefault="00000000">
            <w:pPr>
              <w:keepNext/>
              <w:rPr>
                <w:lang w:val="fr-FR"/>
              </w:rPr>
            </w:pPr>
            <w:r w:rsidRPr="007050CD">
              <w:rPr>
                <w:b/>
                <w:sz w:val="16"/>
                <w:lang w:val="fr-FR"/>
              </w:rPr>
              <w:t xml:space="preserve"> 3. </w:t>
            </w:r>
            <w:r w:rsidRPr="007050CD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D35FD" w14:paraId="587E3C10" w14:textId="77777777">
        <w:trPr>
          <w:cantSplit/>
          <w:trHeight w:val="510"/>
        </w:trPr>
        <w:tc>
          <w:tcPr>
            <w:tcW w:w="1606" w:type="dxa"/>
          </w:tcPr>
          <w:p w14:paraId="38570560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D760159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331EAC7E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3ACC2CAC" w14:textId="77777777" w:rsidR="00AD35FD" w:rsidRDefault="00AD35FD">
            <w:pPr>
              <w:keepNext/>
            </w:pPr>
          </w:p>
        </w:tc>
        <w:tc>
          <w:tcPr>
            <w:tcW w:w="5621" w:type="dxa"/>
          </w:tcPr>
          <w:p w14:paraId="45DAA697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Emisă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7035BC1B" w14:textId="77777777" w:rsidR="00AD35FD" w:rsidRDefault="00AD35FD">
            <w:pPr>
              <w:keepNext/>
            </w:pPr>
          </w:p>
        </w:tc>
      </w:tr>
      <w:tr w:rsidR="00AD35FD" w14:paraId="24AC54C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DD30D26" w14:textId="77777777" w:rsidR="00AD35FD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emisă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executarea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lucrărilor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construirea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desființarea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construcțiilor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amenajărilor</w:t>
            </w:r>
            <w:proofErr w:type="spellEnd"/>
          </w:p>
        </w:tc>
      </w:tr>
      <w:tr w:rsidR="00AD35FD" w:rsidRPr="005E6036" w14:paraId="14CEAA34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023C43F6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r w:rsidRPr="007050CD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și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din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5D07F1A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</w:tr>
      <w:tr w:rsidR="00AD35FD" w14:paraId="0BCFAFD1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7645425" w14:textId="77777777" w:rsidR="00AD35FD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3EFD05AE" w14:textId="77777777" w:rsidR="00AD35FD" w:rsidRDefault="00AD35FD"/>
        </w:tc>
      </w:tr>
    </w:tbl>
    <w:p w14:paraId="6F25DA33" w14:textId="48CBC554" w:rsidR="00AD35FD" w:rsidRPr="005E6036" w:rsidRDefault="00000000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ADUC LA CUNOȘTINȚĂ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D35FD" w14:paraId="43F9191F" w14:textId="77777777">
        <w:trPr>
          <w:cantSplit/>
          <w:trHeight w:val="510"/>
        </w:trPr>
        <w:tc>
          <w:tcPr>
            <w:tcW w:w="2409" w:type="dxa"/>
          </w:tcPr>
          <w:p w14:paraId="1A30CAD2" w14:textId="77777777" w:rsidR="00AD35FD" w:rsidRDefault="00000000">
            <w:proofErr w:type="spellStart"/>
            <w:r>
              <w:rPr>
                <w:b/>
                <w:color w:val="0D5F78"/>
              </w:rPr>
              <w:t>Că</w:t>
            </w:r>
            <w:proofErr w:type="spellEnd"/>
            <w:r>
              <w:rPr>
                <w:b/>
                <w:color w:val="0D5F78"/>
              </w:rPr>
              <w:t xml:space="preserve"> la data de</w:t>
            </w:r>
          </w:p>
          <w:p w14:paraId="5CE18A2B" w14:textId="77777777" w:rsidR="00AD35FD" w:rsidRDefault="00AD35FD"/>
        </w:tc>
        <w:tc>
          <w:tcPr>
            <w:tcW w:w="1606" w:type="dxa"/>
          </w:tcPr>
          <w:p w14:paraId="537E7015" w14:textId="77777777" w:rsidR="00AD35FD" w:rsidRDefault="00000000">
            <w:proofErr w:type="spellStart"/>
            <w:r>
              <w:rPr>
                <w:b/>
                <w:color w:val="0D5F78"/>
              </w:rPr>
              <w:t>ora</w:t>
            </w:r>
            <w:proofErr w:type="spellEnd"/>
          </w:p>
          <w:p w14:paraId="349EB503" w14:textId="77777777" w:rsidR="00AD35FD" w:rsidRDefault="00AD35FD"/>
        </w:tc>
        <w:tc>
          <w:tcPr>
            <w:tcW w:w="5621" w:type="dxa"/>
          </w:tcPr>
          <w:p w14:paraId="479316B2" w14:textId="77777777" w:rsidR="00AD35FD" w:rsidRPr="007050CD" w:rsidRDefault="00000000">
            <w:pPr>
              <w:rPr>
                <w:lang w:val="fr-FR"/>
              </w:rPr>
            </w:pPr>
            <w:proofErr w:type="gramStart"/>
            <w:r w:rsidRPr="007050CD">
              <w:rPr>
                <w:b/>
                <w:color w:val="0D5F78"/>
                <w:lang w:val="fr-FR"/>
              </w:rPr>
              <w:t>au</w:t>
            </w:r>
            <w:proofErr w:type="gram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fost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finalizate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70DA8600" w14:textId="77777777" w:rsidR="00AD35FD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jos</w:t>
            </w:r>
            <w:proofErr w:type="spellEnd"/>
          </w:p>
          <w:p w14:paraId="0A5397F4" w14:textId="77777777" w:rsidR="00AD35FD" w:rsidRDefault="00AD35FD"/>
        </w:tc>
      </w:tr>
    </w:tbl>
    <w:p w14:paraId="46459DEB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D35FD" w14:paraId="503B36F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7C80A2C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35FD" w14:paraId="6246E343" w14:textId="77777777">
        <w:trPr>
          <w:cantSplit/>
        </w:trPr>
        <w:tc>
          <w:tcPr>
            <w:tcW w:w="9636" w:type="dxa"/>
            <w:gridSpan w:val="6"/>
          </w:tcPr>
          <w:p w14:paraId="0AB87AAD" w14:textId="77777777" w:rsidR="00AD35FD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AD35FD" w14:paraId="53BDC58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48965D1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3613F305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365ED677" w14:textId="77777777" w:rsidR="00AD35FD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6F56704A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21EB7A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4F784361" w14:textId="77777777" w:rsidR="00AD35FD" w:rsidRDefault="00AD35FD">
            <w:pPr>
              <w:keepNext/>
            </w:pPr>
          </w:p>
        </w:tc>
      </w:tr>
      <w:tr w:rsidR="00AD35FD" w14:paraId="2BC39562" w14:textId="77777777">
        <w:trPr>
          <w:cantSplit/>
          <w:trHeight w:val="510"/>
        </w:trPr>
        <w:tc>
          <w:tcPr>
            <w:tcW w:w="1606" w:type="dxa"/>
          </w:tcPr>
          <w:p w14:paraId="32502F2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492DB3D9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3"/>
          </w:tcPr>
          <w:p w14:paraId="79596D0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6B7FC7B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0B5DE63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C554BE8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5F4DD62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81D6BF6" w14:textId="77777777" w:rsidR="00AD35FD" w:rsidRDefault="00AD35FD">
            <w:pPr>
              <w:keepNext/>
            </w:pPr>
          </w:p>
        </w:tc>
      </w:tr>
      <w:tr w:rsidR="00AD35FD" w14:paraId="45E2EB9D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946A25A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r w:rsidRPr="007050CD">
              <w:rPr>
                <w:b/>
                <w:color w:val="0D5F78"/>
                <w:lang w:val="fr-FR"/>
              </w:rPr>
              <w:t>Număr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cadastral</w:t>
            </w:r>
          </w:p>
          <w:p w14:paraId="75CF10B0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7050CD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7050C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în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e-Terra</w:t>
            </w:r>
          </w:p>
          <w:p w14:paraId="23C0206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1CA801FC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7460EFF8" w14:textId="77777777" w:rsidR="00AD35FD" w:rsidRDefault="00AD35FD">
            <w:pPr>
              <w:keepNext/>
            </w:pPr>
          </w:p>
        </w:tc>
      </w:tr>
    </w:tbl>
    <w:p w14:paraId="4310081F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7227"/>
        <w:gridCol w:w="2409"/>
      </w:tblGrid>
      <w:tr w:rsidR="00AD35FD" w14:paraId="00876D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91472DD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CONVOCAREA COMISIEI DE RECEPȚIE</w:t>
            </w:r>
          </w:p>
        </w:tc>
      </w:tr>
      <w:tr w:rsidR="00AD35FD" w14:paraId="1EE75B4F" w14:textId="77777777">
        <w:trPr>
          <w:cantSplit/>
          <w:trHeight w:val="510"/>
        </w:trPr>
        <w:tc>
          <w:tcPr>
            <w:tcW w:w="7227" w:type="dxa"/>
          </w:tcPr>
          <w:p w14:paraId="668CA31F" w14:textId="77777777" w:rsidR="00AD35FD" w:rsidRPr="007050CD" w:rsidRDefault="00000000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 xml:space="preserve">Se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convoacă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comisia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recepție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terminarea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lucrărilor</w:t>
            </w:r>
            <w:proofErr w:type="spellEnd"/>
            <w:r w:rsidRPr="007050CD">
              <w:rPr>
                <w:b/>
                <w:color w:val="0D5F78"/>
                <w:lang w:val="fr-FR"/>
              </w:rPr>
              <w:t>, la data</w:t>
            </w:r>
          </w:p>
          <w:p w14:paraId="3C5ABEF2" w14:textId="77777777" w:rsidR="00AD35FD" w:rsidRPr="007050CD" w:rsidRDefault="00AD35FD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005C1153" w14:textId="77777777" w:rsidR="00AD35FD" w:rsidRDefault="00000000">
            <w:proofErr w:type="spellStart"/>
            <w:r>
              <w:rPr>
                <w:b/>
                <w:color w:val="0D5F78"/>
              </w:rPr>
              <w:t>ora</w:t>
            </w:r>
            <w:proofErr w:type="spellEnd"/>
          </w:p>
          <w:p w14:paraId="67115499" w14:textId="77777777" w:rsidR="00AD35FD" w:rsidRDefault="00AD35FD"/>
        </w:tc>
      </w:tr>
    </w:tbl>
    <w:p w14:paraId="2CA6B2E0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D35FD" w14:paraId="4DA3EAB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22918AA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D35FD" w14:paraId="70E41EEA" w14:textId="77777777">
        <w:trPr>
          <w:cantSplit/>
          <w:trHeight w:val="510"/>
        </w:trPr>
        <w:tc>
          <w:tcPr>
            <w:tcW w:w="1606" w:type="dxa"/>
          </w:tcPr>
          <w:p w14:paraId="246FD708" w14:textId="77777777" w:rsidR="00AD35FD" w:rsidRDefault="00000000">
            <w:r>
              <w:rPr>
                <w:b/>
                <w:color w:val="0D5F78"/>
              </w:rPr>
              <w:t>Data</w:t>
            </w:r>
          </w:p>
          <w:p w14:paraId="71990700" w14:textId="77777777" w:rsidR="00AD35FD" w:rsidRDefault="00AD35FD"/>
        </w:tc>
        <w:tc>
          <w:tcPr>
            <w:tcW w:w="4818" w:type="dxa"/>
          </w:tcPr>
          <w:p w14:paraId="16AE7494" w14:textId="77777777" w:rsidR="00AD35FD" w:rsidRDefault="00000000">
            <w:proofErr w:type="spellStart"/>
            <w:r>
              <w:rPr>
                <w:b/>
                <w:color w:val="0D5F78"/>
              </w:rPr>
              <w:t>Titularul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autorizației</w:t>
            </w:r>
            <w:proofErr w:type="spellEnd"/>
          </w:p>
          <w:p w14:paraId="3DBB02B2" w14:textId="77777777" w:rsidR="00AD35FD" w:rsidRDefault="00AD35FD"/>
        </w:tc>
        <w:tc>
          <w:tcPr>
            <w:tcW w:w="3212" w:type="dxa"/>
          </w:tcPr>
          <w:p w14:paraId="4A633198" w14:textId="77777777" w:rsidR="00AD35FD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A726045" w14:textId="77777777" w:rsidR="00AD35FD" w:rsidRDefault="00AD35FD"/>
        </w:tc>
      </w:tr>
    </w:tbl>
    <w:p w14:paraId="7A82EDC4" w14:textId="77777777" w:rsidR="00AD35FD" w:rsidRDefault="00AD35FD">
      <w:pPr>
        <w:spacing w:line="168" w:lineRule="auto"/>
      </w:pPr>
    </w:p>
    <w:sectPr w:rsidR="00AD35FD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7C8A8" w14:textId="77777777" w:rsidR="00284166" w:rsidRDefault="00284166">
      <w:r>
        <w:separator/>
      </w:r>
    </w:p>
  </w:endnote>
  <w:endnote w:type="continuationSeparator" w:id="0">
    <w:p w14:paraId="057AA87D" w14:textId="77777777" w:rsidR="00284166" w:rsidRDefault="0028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1F6F" w14:textId="7C30F0FC" w:rsidR="00AD35FD" w:rsidRDefault="00000000">
    <w:pPr>
      <w:pStyle w:val="Footer"/>
      <w:tabs>
        <w:tab w:val="right" w:pos="9639"/>
      </w:tabs>
    </w:pPr>
    <w:r>
      <w:rPr>
        <w:color w:val="595959"/>
      </w:rPr>
      <w:t>F_A_</w:t>
    </w:r>
    <w:r w:rsidR="005E6036">
      <w:rPr>
        <w:color w:val="595959"/>
      </w:rPr>
      <w:t>10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7050C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7050CD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ADDC4" w14:textId="77777777" w:rsidR="00284166" w:rsidRDefault="00284166">
      <w:r>
        <w:separator/>
      </w:r>
    </w:p>
  </w:footnote>
  <w:footnote w:type="continuationSeparator" w:id="0">
    <w:p w14:paraId="62A467FC" w14:textId="77777777" w:rsidR="00284166" w:rsidRDefault="00284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4A4A7" w14:textId="77777777" w:rsidR="0087292C" w:rsidRDefault="0087292C" w:rsidP="0087292C">
    <w:pPr>
      <w:pStyle w:val="Header"/>
      <w:rPr>
        <w:i/>
        <w:iCs/>
        <w:sz w:val="24"/>
        <w:szCs w:val="24"/>
        <w:u w:val="single"/>
        <w:lang w:val="ro-RO"/>
      </w:rPr>
    </w:pPr>
    <w:r w:rsidRPr="002B61AC">
      <w:rPr>
        <w:i/>
        <w:iCs/>
        <w:sz w:val="24"/>
        <w:szCs w:val="24"/>
        <w:u w:val="single"/>
        <w:lang w:val="ro-RO"/>
      </w:rPr>
      <w:t>Anexa nr.2</w:t>
    </w:r>
  </w:p>
  <w:p w14:paraId="0B6D80B9" w14:textId="4A09CB4D" w:rsidR="0087292C" w:rsidRPr="002B61AC" w:rsidRDefault="0087292C" w:rsidP="0087292C">
    <w:pPr>
      <w:pStyle w:val="Header"/>
      <w:rPr>
        <w:i/>
        <w:iCs/>
        <w:sz w:val="24"/>
        <w:szCs w:val="24"/>
        <w:u w:val="single"/>
        <w:lang w:val="ro-RO"/>
      </w:rPr>
    </w:pPr>
    <w:r>
      <w:rPr>
        <w:color w:val="595959"/>
      </w:rPr>
      <w:t xml:space="preserve">F_A_10·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6D02E5A2" w14:textId="77777777" w:rsidR="0087292C" w:rsidRDefault="008729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3549725">
    <w:abstractNumId w:val="8"/>
  </w:num>
  <w:num w:numId="2" w16cid:durableId="1043405023">
    <w:abstractNumId w:val="6"/>
  </w:num>
  <w:num w:numId="3" w16cid:durableId="2058121501">
    <w:abstractNumId w:val="5"/>
  </w:num>
  <w:num w:numId="4" w16cid:durableId="822626475">
    <w:abstractNumId w:val="4"/>
  </w:num>
  <w:num w:numId="5" w16cid:durableId="729963553">
    <w:abstractNumId w:val="7"/>
  </w:num>
  <w:num w:numId="6" w16cid:durableId="1701200132">
    <w:abstractNumId w:val="3"/>
  </w:num>
  <w:num w:numId="7" w16cid:durableId="1146553551">
    <w:abstractNumId w:val="2"/>
  </w:num>
  <w:num w:numId="8" w16cid:durableId="224266935">
    <w:abstractNumId w:val="1"/>
  </w:num>
  <w:num w:numId="9" w16cid:durableId="187892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6E6F"/>
    <w:rsid w:val="00284166"/>
    <w:rsid w:val="0029639D"/>
    <w:rsid w:val="00326F90"/>
    <w:rsid w:val="00354ED4"/>
    <w:rsid w:val="005E6036"/>
    <w:rsid w:val="006C103E"/>
    <w:rsid w:val="007050CD"/>
    <w:rsid w:val="0087292C"/>
    <w:rsid w:val="008E3393"/>
    <w:rsid w:val="00AA1D8D"/>
    <w:rsid w:val="00AD35FD"/>
    <w:rsid w:val="00B47730"/>
    <w:rsid w:val="00B769B5"/>
    <w:rsid w:val="00BF0BDB"/>
    <w:rsid w:val="00CB0664"/>
    <w:rsid w:val="00CC400D"/>
    <w:rsid w:val="00DA5720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E384F2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4</cp:revision>
  <cp:lastPrinted>2026-09-02T07:51:00Z</cp:lastPrinted>
  <dcterms:created xsi:type="dcterms:W3CDTF">2026-09-02T07:18:00Z</dcterms:created>
  <dcterms:modified xsi:type="dcterms:W3CDTF">2026-09-02T07:51:00Z</dcterms:modified>
  <cp:category/>
</cp:coreProperties>
</file>