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E25052" w14:paraId="5181C894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7FC5BF6" w14:textId="77777777" w:rsidR="00E25052" w:rsidRDefault="00E25052">
            <w:pPr>
              <w:keepNext/>
              <w:jc w:val="center"/>
              <w:rPr>
                <w:i/>
                <w:color w:val="595959"/>
              </w:rPr>
            </w:pPr>
          </w:p>
          <w:p w14:paraId="2BE93D8A" w14:textId="09C071DE" w:rsidR="00F801F2" w:rsidRDefault="00375AD1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36DCFCCF" wp14:editId="56DB5CA7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DEAB026" w14:textId="77777777" w:rsidR="00E25052" w:rsidRPr="00D02671" w:rsidRDefault="00000000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Județul</w:t>
            </w:r>
          </w:p>
          <w:p w14:paraId="4DC0E9E1" w14:textId="77777777" w:rsidR="00D02671" w:rsidRDefault="00D02671">
            <w:pPr>
              <w:keepNext/>
              <w:rPr>
                <w:b/>
                <w:color w:val="0D5F78"/>
              </w:rPr>
            </w:pPr>
          </w:p>
          <w:p w14:paraId="1F74738E" w14:textId="6D82CB5F" w:rsidR="00E25052" w:rsidRPr="00D02671" w:rsidRDefault="00D02671">
            <w:pPr>
              <w:keepNext/>
              <w:rPr>
                <w:i/>
                <w:iCs/>
              </w:rPr>
            </w:pPr>
            <w:r w:rsidRPr="00D02671">
              <w:rPr>
                <w:b/>
                <w:i/>
                <w:iCs/>
                <w:color w:val="0D5F78"/>
              </w:rPr>
              <w:t>Buzău</w:t>
            </w:r>
          </w:p>
        </w:tc>
      </w:tr>
      <w:tr w:rsidR="00E25052" w14:paraId="6B015EDC" w14:textId="77777777">
        <w:trPr>
          <w:cantSplit/>
          <w:trHeight w:val="510"/>
        </w:trPr>
        <w:tc>
          <w:tcPr>
            <w:tcW w:w="1606" w:type="dxa"/>
            <w:vMerge/>
          </w:tcPr>
          <w:p w14:paraId="7AF8C63B" w14:textId="77777777" w:rsidR="00E25052" w:rsidRDefault="00E25052"/>
        </w:tc>
        <w:tc>
          <w:tcPr>
            <w:tcW w:w="8030" w:type="dxa"/>
            <w:gridSpan w:val="3"/>
            <w:shd w:val="clear" w:color="auto" w:fill="F0F0F0"/>
          </w:tcPr>
          <w:p w14:paraId="34D9B7ED" w14:textId="77777777" w:rsidR="00E25052" w:rsidRPr="00D02671" w:rsidRDefault="00000000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Autoritatea administrației publice</w:t>
            </w:r>
          </w:p>
          <w:p w14:paraId="51F2BDAA" w14:textId="77777777" w:rsidR="00D02671" w:rsidRDefault="00D02671">
            <w:pPr>
              <w:keepNext/>
              <w:rPr>
                <w:b/>
                <w:color w:val="0D5F78"/>
              </w:rPr>
            </w:pPr>
          </w:p>
          <w:p w14:paraId="1F71C78E" w14:textId="65ADA729" w:rsidR="00E25052" w:rsidRPr="00D02671" w:rsidRDefault="00D02671">
            <w:pPr>
              <w:keepNext/>
              <w:rPr>
                <w:i/>
                <w:iCs/>
              </w:rPr>
            </w:pPr>
            <w:r w:rsidRPr="00D02671">
              <w:rPr>
                <w:b/>
                <w:i/>
                <w:iCs/>
                <w:color w:val="0D5F78"/>
              </w:rPr>
              <w:t>Primăria Municipiului Buzău</w:t>
            </w:r>
          </w:p>
        </w:tc>
      </w:tr>
      <w:tr w:rsidR="00E25052" w14:paraId="7354B52B" w14:textId="77777777">
        <w:trPr>
          <w:cantSplit/>
          <w:trHeight w:val="510"/>
        </w:trPr>
        <w:tc>
          <w:tcPr>
            <w:tcW w:w="1606" w:type="dxa"/>
            <w:vMerge/>
          </w:tcPr>
          <w:p w14:paraId="2EA11AAE" w14:textId="77777777" w:rsidR="00E25052" w:rsidRDefault="00E25052"/>
        </w:tc>
        <w:tc>
          <w:tcPr>
            <w:tcW w:w="2409" w:type="dxa"/>
            <w:shd w:val="clear" w:color="auto" w:fill="F0F0F0"/>
          </w:tcPr>
          <w:p w14:paraId="75894951" w14:textId="77777777" w:rsidR="00E25052" w:rsidRPr="00D02671" w:rsidRDefault="00000000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>Cod de identificare fiscală (CIF)</w:t>
            </w:r>
          </w:p>
          <w:p w14:paraId="3A1BB732" w14:textId="77777777" w:rsidR="00D02671" w:rsidRDefault="00D02671">
            <w:pPr>
              <w:keepNext/>
              <w:rPr>
                <w:i/>
                <w:iCs/>
                <w:lang w:val="fr-FR"/>
              </w:rPr>
            </w:pPr>
          </w:p>
          <w:p w14:paraId="2ECEACE6" w14:textId="7C1E8686" w:rsidR="00E25052" w:rsidRPr="00D02671" w:rsidRDefault="00D02671">
            <w:pPr>
              <w:keepNext/>
              <w:rPr>
                <w:i/>
                <w:iCs/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9CBD2CA" w14:textId="77777777" w:rsidR="00E25052" w:rsidRPr="00D02671" w:rsidRDefault="00000000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Adresa oficială</w:t>
            </w:r>
          </w:p>
          <w:p w14:paraId="2678422C" w14:textId="47AF9117" w:rsidR="00005A4E" w:rsidRDefault="00D02671" w:rsidP="00005A4E">
            <w:pPr>
              <w:keepNext/>
              <w:rPr>
                <w:b/>
                <w:i/>
                <w:iCs/>
                <w:color w:val="0D5F78"/>
              </w:rPr>
            </w:pPr>
            <w:r w:rsidRPr="00D02671">
              <w:rPr>
                <w:b/>
                <w:i/>
                <w:iCs/>
                <w:color w:val="0D5F78"/>
              </w:rPr>
              <w:t xml:space="preserve">Piața </w:t>
            </w:r>
            <w:r>
              <w:rPr>
                <w:b/>
                <w:i/>
                <w:iCs/>
                <w:color w:val="0D5F78"/>
              </w:rPr>
              <w:t>Daciei</w:t>
            </w:r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78A52A4D" w14:textId="21680A9A" w:rsidR="00D02671" w:rsidRDefault="00D02671" w:rsidP="00005A4E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E25052" w14:paraId="0DABC460" w14:textId="77777777">
        <w:trPr>
          <w:cantSplit/>
          <w:trHeight w:val="510"/>
        </w:trPr>
        <w:tc>
          <w:tcPr>
            <w:tcW w:w="1606" w:type="dxa"/>
            <w:vMerge/>
          </w:tcPr>
          <w:p w14:paraId="13B733BA" w14:textId="77777777" w:rsidR="00E25052" w:rsidRDefault="00E25052"/>
        </w:tc>
        <w:tc>
          <w:tcPr>
            <w:tcW w:w="4818" w:type="dxa"/>
            <w:gridSpan w:val="2"/>
            <w:shd w:val="clear" w:color="auto" w:fill="F0F0F0"/>
          </w:tcPr>
          <w:p w14:paraId="764818D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46EE121A" w14:textId="77777777" w:rsidR="00E25052" w:rsidRDefault="00E25052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6393E32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D13DA55" w14:textId="77777777" w:rsidR="00E25052" w:rsidRDefault="00E25052">
            <w:pPr>
              <w:keepNext/>
            </w:pPr>
          </w:p>
        </w:tc>
      </w:tr>
      <w:tr w:rsidR="00E25052" w:rsidRPr="0021562A" w14:paraId="4238FFAF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1995405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FB5BB70" w14:textId="77777777" w:rsidR="00E25052" w:rsidRPr="00F801F2" w:rsidRDefault="00E25052">
      <w:pPr>
        <w:spacing w:line="168" w:lineRule="auto"/>
        <w:rPr>
          <w:lang w:val="fr-FR"/>
        </w:rPr>
      </w:pPr>
    </w:p>
    <w:p w14:paraId="19E46984" w14:textId="77777777" w:rsidR="00E25052" w:rsidRPr="0021562A" w:rsidRDefault="00000000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Instituția</w:t>
            </w:r>
          </w:p>
          <w:p w14:paraId="5C4842F2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F801F2" w:rsidRDefault="00000000">
            <w:pPr>
              <w:spacing w:line="228" w:lineRule="auto"/>
              <w:rPr>
                <w:lang w:val="fr-FR"/>
              </w:rPr>
            </w:pPr>
            <w:r w:rsidRPr="00F801F2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000000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000000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000000">
      <w:pPr>
        <w:spacing w:before="80" w:after="60"/>
        <w:jc w:val="center"/>
      </w:pPr>
      <w:r>
        <w:rPr>
          <w:sz w:val="18"/>
        </w:rPr>
        <w:t>în conformitate cu prevederile Legii nr. 169/2026 privind Codul amenajării teritoriului, urbanismului și construcțiilor,</w:t>
      </w:r>
    </w:p>
    <w:p w14:paraId="2C7584EF" w14:textId="77777777" w:rsidR="00E25052" w:rsidRDefault="00000000">
      <w:pPr>
        <w:spacing w:before="80" w:after="60"/>
        <w:jc w:val="center"/>
      </w:pPr>
      <w:r>
        <w:rPr>
          <w:sz w:val="18"/>
        </w:rPr>
        <w:t>solicit emiterea</w:t>
      </w:r>
    </w:p>
    <w:p w14:paraId="33797D79" w14:textId="77777777" w:rsidR="00E25052" w:rsidRPr="0021562A" w:rsidRDefault="00000000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000000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Număr cadastral</w:t>
            </w:r>
          </w:p>
          <w:p w14:paraId="4088464C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000000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funciară actualizat, anexat     </w:t>
            </w:r>
          </w:p>
          <w:p w14:paraId="4D8DB8B6" w14:textId="6B074625" w:rsidR="00E25052" w:rsidRPr="00F8517F" w:rsidRDefault="00000000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>☐ plan de încadrare în zonă în sistem Stereo 70, anexat</w:t>
            </w:r>
            <w:r w:rsidR="00F8517F" w:rsidRPr="00F8517F">
              <w:rPr>
                <w:sz w:val="16"/>
                <w:lang w:val="fr-FR"/>
              </w:rPr>
              <w:t xml:space="preserve"> eliberat, la cerere, de către Agenția Națională de Cadastru și Publicitate Imobiliară</w:t>
            </w:r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000000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000000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000000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000000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B1D7C" w14:textId="77777777" w:rsidR="000C46C5" w:rsidRDefault="000C46C5">
      <w:r>
        <w:separator/>
      </w:r>
    </w:p>
  </w:endnote>
  <w:endnote w:type="continuationSeparator" w:id="0">
    <w:p w14:paraId="204B030F" w14:textId="77777777" w:rsidR="000C46C5" w:rsidRDefault="000C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1E53" w14:textId="180E0261" w:rsidR="00E25052" w:rsidRDefault="00F801F2">
    <w:pPr>
      <w:pStyle w:val="Footer"/>
      <w:tabs>
        <w:tab w:val="right" w:pos="9639"/>
      </w:tabs>
    </w:pPr>
    <w:r>
      <w:rPr>
        <w:color w:val="595959"/>
      </w:rPr>
      <w:t>F_CU_01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6019" w14:textId="77777777" w:rsidR="000C46C5" w:rsidRDefault="000C46C5">
      <w:r>
        <w:separator/>
      </w:r>
    </w:p>
  </w:footnote>
  <w:footnote w:type="continuationSeparator" w:id="0">
    <w:p w14:paraId="42AD840B" w14:textId="77777777" w:rsidR="000C46C5" w:rsidRDefault="000C4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7F69" w14:textId="77777777" w:rsidR="00F8517F" w:rsidRPr="00F8517F" w:rsidRDefault="00F8517F" w:rsidP="00F8517F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r w:rsidRPr="00F8517F">
      <w:rPr>
        <w:b/>
        <w:bCs/>
        <w:i/>
        <w:iCs/>
        <w:color w:val="595959"/>
        <w:sz w:val="24"/>
        <w:szCs w:val="24"/>
        <w:u w:val="single"/>
      </w:rPr>
      <w:t xml:space="preserve">Anexa nr.1  </w:t>
    </w:r>
  </w:p>
  <w:p w14:paraId="30A11B91" w14:textId="654108AB" w:rsidR="00F8517F" w:rsidRPr="00F8517F" w:rsidRDefault="00F8517F" w:rsidP="00F8517F">
    <w:pPr>
      <w:pStyle w:val="Header"/>
      <w:rPr>
        <w:b/>
        <w:bCs/>
        <w:color w:val="595959"/>
      </w:rPr>
    </w:pPr>
    <w:r>
      <w:rPr>
        <w:color w:val="595959"/>
      </w:rPr>
      <w:t>F_CU_01 · versiunea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901959">
    <w:abstractNumId w:val="8"/>
  </w:num>
  <w:num w:numId="2" w16cid:durableId="1763795687">
    <w:abstractNumId w:val="6"/>
  </w:num>
  <w:num w:numId="3" w16cid:durableId="1089348912">
    <w:abstractNumId w:val="5"/>
  </w:num>
  <w:num w:numId="4" w16cid:durableId="1038360754">
    <w:abstractNumId w:val="4"/>
  </w:num>
  <w:num w:numId="5" w16cid:durableId="226697112">
    <w:abstractNumId w:val="7"/>
  </w:num>
  <w:num w:numId="6" w16cid:durableId="1274440642">
    <w:abstractNumId w:val="3"/>
  </w:num>
  <w:num w:numId="7" w16cid:durableId="1036154305">
    <w:abstractNumId w:val="2"/>
  </w:num>
  <w:num w:numId="8" w16cid:durableId="233055514">
    <w:abstractNumId w:val="1"/>
  </w:num>
  <w:num w:numId="9" w16cid:durableId="599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A4E"/>
    <w:rsid w:val="00034616"/>
    <w:rsid w:val="0006063C"/>
    <w:rsid w:val="000C46C5"/>
    <w:rsid w:val="000F55B4"/>
    <w:rsid w:val="0015074B"/>
    <w:rsid w:val="0021562A"/>
    <w:rsid w:val="0029639D"/>
    <w:rsid w:val="00326F90"/>
    <w:rsid w:val="00375AD1"/>
    <w:rsid w:val="004A4DCB"/>
    <w:rsid w:val="006C103E"/>
    <w:rsid w:val="00763A7C"/>
    <w:rsid w:val="00861954"/>
    <w:rsid w:val="009B5021"/>
    <w:rsid w:val="00A326E2"/>
    <w:rsid w:val="00AA1D8D"/>
    <w:rsid w:val="00B16250"/>
    <w:rsid w:val="00B47730"/>
    <w:rsid w:val="00CB0664"/>
    <w:rsid w:val="00D02671"/>
    <w:rsid w:val="00E25052"/>
    <w:rsid w:val="00E61A6B"/>
    <w:rsid w:val="00EE6114"/>
    <w:rsid w:val="00F801F2"/>
    <w:rsid w:val="00F8517F"/>
    <w:rsid w:val="00FA4D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3</cp:revision>
  <cp:lastPrinted>2026-09-02T07:55:00Z</cp:lastPrinted>
  <dcterms:created xsi:type="dcterms:W3CDTF">2026-09-02T06:24:00Z</dcterms:created>
  <dcterms:modified xsi:type="dcterms:W3CDTF">2026-09-02T07:56:00Z</dcterms:modified>
  <cp:category/>
</cp:coreProperties>
</file>