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641B3" w14:paraId="4AB1771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FC198B8" w14:textId="789DEDDF" w:rsidR="003641B3" w:rsidRDefault="00A259D4" w:rsidP="003641B3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5DBB8F14" wp14:editId="7F6CD0E6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1400D549" w14:textId="77777777" w:rsidR="003641B3" w:rsidRPr="00D02671" w:rsidRDefault="003641B3" w:rsidP="003641B3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Județul</w:t>
            </w:r>
          </w:p>
          <w:p w14:paraId="7F03104E" w14:textId="77777777" w:rsidR="003641B3" w:rsidRDefault="003641B3" w:rsidP="003641B3">
            <w:pPr>
              <w:keepNext/>
              <w:rPr>
                <w:b/>
                <w:color w:val="0D5F78"/>
              </w:rPr>
            </w:pPr>
          </w:p>
          <w:p w14:paraId="6F91E2AA" w14:textId="339588C8" w:rsidR="003641B3" w:rsidRDefault="003641B3" w:rsidP="003641B3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Buzău</w:t>
            </w:r>
          </w:p>
        </w:tc>
      </w:tr>
      <w:tr w:rsidR="00377113" w14:paraId="264ACFF4" w14:textId="77777777">
        <w:trPr>
          <w:cantSplit/>
          <w:trHeight w:val="510"/>
        </w:trPr>
        <w:tc>
          <w:tcPr>
            <w:tcW w:w="1606" w:type="dxa"/>
            <w:vMerge/>
          </w:tcPr>
          <w:p w14:paraId="153367FB" w14:textId="77777777" w:rsidR="00377113" w:rsidRDefault="00377113"/>
        </w:tc>
        <w:tc>
          <w:tcPr>
            <w:tcW w:w="8030" w:type="dxa"/>
            <w:gridSpan w:val="3"/>
            <w:shd w:val="clear" w:color="auto" w:fill="F0F0F0"/>
          </w:tcPr>
          <w:p w14:paraId="6D328B27" w14:textId="77777777" w:rsidR="003641B3" w:rsidRPr="00D02671" w:rsidRDefault="003641B3" w:rsidP="003641B3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Autoritatea administrației publice</w:t>
            </w:r>
          </w:p>
          <w:p w14:paraId="47113F3F" w14:textId="77777777" w:rsidR="003641B3" w:rsidRDefault="003641B3" w:rsidP="003641B3">
            <w:pPr>
              <w:keepNext/>
              <w:rPr>
                <w:b/>
                <w:color w:val="0D5F78"/>
              </w:rPr>
            </w:pPr>
          </w:p>
          <w:p w14:paraId="69C7851E" w14:textId="4800A4A0" w:rsidR="00377113" w:rsidRDefault="003641B3" w:rsidP="003641B3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Primăria Municipiului Buzău</w:t>
            </w:r>
            <w:r>
              <w:t xml:space="preserve"> </w:t>
            </w:r>
          </w:p>
        </w:tc>
      </w:tr>
      <w:tr w:rsidR="00377113" w14:paraId="352BEBB2" w14:textId="77777777">
        <w:trPr>
          <w:cantSplit/>
          <w:trHeight w:val="510"/>
        </w:trPr>
        <w:tc>
          <w:tcPr>
            <w:tcW w:w="1606" w:type="dxa"/>
            <w:vMerge/>
          </w:tcPr>
          <w:p w14:paraId="1F188761" w14:textId="77777777" w:rsidR="00377113" w:rsidRDefault="00377113"/>
        </w:tc>
        <w:tc>
          <w:tcPr>
            <w:tcW w:w="2409" w:type="dxa"/>
            <w:shd w:val="clear" w:color="auto" w:fill="F0F0F0"/>
          </w:tcPr>
          <w:p w14:paraId="6ECA7F3B" w14:textId="77777777" w:rsidR="003641B3" w:rsidRPr="00D02671" w:rsidRDefault="003641B3" w:rsidP="003641B3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>Cod de identificare fiscală (CIF)</w:t>
            </w:r>
          </w:p>
          <w:p w14:paraId="697FF29E" w14:textId="77777777" w:rsidR="003641B3" w:rsidRDefault="003641B3" w:rsidP="003641B3">
            <w:pPr>
              <w:keepNext/>
              <w:rPr>
                <w:i/>
                <w:iCs/>
                <w:lang w:val="fr-FR"/>
              </w:rPr>
            </w:pPr>
          </w:p>
          <w:p w14:paraId="3F0CFBB4" w14:textId="6C8B7EB9" w:rsidR="00377113" w:rsidRPr="00343BBA" w:rsidRDefault="003641B3" w:rsidP="003641B3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57F2963" w14:textId="77777777" w:rsidR="003641B3" w:rsidRPr="00D02671" w:rsidRDefault="003641B3" w:rsidP="003641B3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Adresa oficială</w:t>
            </w:r>
          </w:p>
          <w:p w14:paraId="2A63A537" w14:textId="77777777" w:rsidR="003641B3" w:rsidRDefault="003641B3" w:rsidP="003641B3">
            <w:pPr>
              <w:keepNext/>
              <w:rPr>
                <w:b/>
                <w:i/>
                <w:iCs/>
                <w:color w:val="0D5F78"/>
              </w:rPr>
            </w:pPr>
            <w:r w:rsidRPr="00D02671">
              <w:rPr>
                <w:b/>
                <w:i/>
                <w:iCs/>
                <w:color w:val="0D5F78"/>
              </w:rPr>
              <w:t xml:space="preserve">Piața </w:t>
            </w:r>
            <w:r>
              <w:rPr>
                <w:b/>
                <w:i/>
                <w:iCs/>
                <w:color w:val="0D5F78"/>
              </w:rPr>
              <w:t>Daciei</w:t>
            </w:r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118EFA7B" w14:textId="7D5FACDC" w:rsidR="00377113" w:rsidRDefault="003641B3" w:rsidP="003641B3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</w:t>
            </w:r>
            <w:r>
              <w:t xml:space="preserve"> </w:t>
            </w:r>
          </w:p>
        </w:tc>
      </w:tr>
      <w:tr w:rsidR="00377113" w14:paraId="44A91E8A" w14:textId="77777777">
        <w:trPr>
          <w:cantSplit/>
          <w:trHeight w:val="510"/>
        </w:trPr>
        <w:tc>
          <w:tcPr>
            <w:tcW w:w="1606" w:type="dxa"/>
            <w:vMerge/>
          </w:tcPr>
          <w:p w14:paraId="70FDC92D" w14:textId="77777777" w:rsidR="00377113" w:rsidRDefault="00377113"/>
        </w:tc>
        <w:tc>
          <w:tcPr>
            <w:tcW w:w="4818" w:type="dxa"/>
            <w:gridSpan w:val="2"/>
            <w:shd w:val="clear" w:color="auto" w:fill="F0F0F0"/>
          </w:tcPr>
          <w:p w14:paraId="531BC86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6BE4A17C" w14:textId="77777777" w:rsidR="00377113" w:rsidRDefault="0037711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D14127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61592AF" w14:textId="77777777" w:rsidR="00377113" w:rsidRDefault="00377113">
            <w:pPr>
              <w:keepNext/>
            </w:pPr>
          </w:p>
        </w:tc>
      </w:tr>
      <w:tr w:rsidR="00377113" w:rsidRPr="00004412" w14:paraId="138A1B77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7055B3E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000000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Instituția</w:t>
            </w:r>
          </w:p>
          <w:p w14:paraId="2863ECC5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1C7F07C7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343BBA" w:rsidRDefault="00000000">
            <w:pPr>
              <w:spacing w:line="228" w:lineRule="auto"/>
              <w:rPr>
                <w:lang w:val="fr-FR"/>
              </w:rPr>
            </w:pPr>
            <w:r w:rsidRPr="00343BB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000000">
            <w:r>
              <w:rPr>
                <w:b/>
                <w:color w:val="0D5F78"/>
              </w:rPr>
              <w:t>Telefon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000000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000000">
      <w:pPr>
        <w:spacing w:before="80" w:after="60"/>
        <w:jc w:val="center"/>
      </w:pPr>
      <w:r>
        <w:rPr>
          <w:sz w:val="18"/>
        </w:rPr>
        <w:t>în temeiul art. 257 alin. (17) din Legea nr. 169/2026 privind Codul amenajării teritoriului, urbanismului și construcțiilor,</w:t>
      </w:r>
    </w:p>
    <w:p w14:paraId="21143514" w14:textId="77777777" w:rsidR="00004412" w:rsidRDefault="00000000">
      <w:pPr>
        <w:spacing w:before="80" w:after="60"/>
        <w:jc w:val="center"/>
        <w:rPr>
          <w:b/>
          <w:color w:val="000000"/>
          <w:sz w:val="18"/>
          <w:lang w:val="fr-FR"/>
        </w:rPr>
      </w:pPr>
      <w:r w:rsidRPr="00004412">
        <w:rPr>
          <w:sz w:val="18"/>
          <w:lang w:val="fr-FR"/>
        </w:rPr>
        <w:t>solicit prelungirea valabilității</w:t>
      </w:r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000000">
            <w:r>
              <w:rPr>
                <w:b/>
                <w:color w:val="0D5F78"/>
              </w:rPr>
              <w:t>Prelungirea solicitată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000000">
            <w:r>
              <w:rPr>
                <w:b/>
                <w:color w:val="0D5F78"/>
              </w:rPr>
              <w:t>până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Număr cadastral</w:t>
            </w:r>
          </w:p>
          <w:p w14:paraId="34F88BB8" w14:textId="77777777" w:rsidR="00377113" w:rsidRPr="00343BBA" w:rsidRDefault="00000000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3E14DDE5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certificatul de urbanism (în original)     ☐ documentul privind achitarea taxei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Default="00000000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000000">
            <w:r>
              <w:rPr>
                <w:b/>
                <w:color w:val="0D5F78"/>
              </w:rPr>
              <w:t>Solicitantul</w:t>
            </w:r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000000">
            <w:r>
              <w:rPr>
                <w:b/>
                <w:color w:val="0D5F78"/>
              </w:rPr>
              <w:t>Semnătura</w:t>
            </w:r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F3BA" w14:textId="77777777" w:rsidR="005C5B6C" w:rsidRDefault="005C5B6C">
      <w:r>
        <w:separator/>
      </w:r>
    </w:p>
  </w:endnote>
  <w:endnote w:type="continuationSeparator" w:id="0">
    <w:p w14:paraId="3B755F34" w14:textId="77777777" w:rsidR="005C5B6C" w:rsidRDefault="005C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959F" w14:textId="77777777" w:rsidR="00377113" w:rsidRDefault="00000000">
    <w:pPr>
      <w:pStyle w:val="Footer"/>
      <w:tabs>
        <w:tab w:val="right" w:pos="9639"/>
      </w:tabs>
    </w:pPr>
    <w:r>
      <w:rPr>
        <w:color w:val="595959"/>
      </w:rPr>
      <w:t>F_CU_03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F5EC" w14:textId="77777777" w:rsidR="005C5B6C" w:rsidRDefault="005C5B6C">
      <w:r>
        <w:separator/>
      </w:r>
    </w:p>
  </w:footnote>
  <w:footnote w:type="continuationSeparator" w:id="0">
    <w:p w14:paraId="7D1CBBE1" w14:textId="77777777" w:rsidR="005C5B6C" w:rsidRDefault="005C5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941D" w14:textId="77777777" w:rsidR="00A259D4" w:rsidRPr="00F8517F" w:rsidRDefault="00A259D4" w:rsidP="00A259D4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r w:rsidRPr="00F8517F">
      <w:rPr>
        <w:b/>
        <w:bCs/>
        <w:i/>
        <w:iCs/>
        <w:color w:val="595959"/>
        <w:sz w:val="24"/>
        <w:szCs w:val="24"/>
        <w:u w:val="single"/>
      </w:rPr>
      <w:t xml:space="preserve">Anexa nr.1  </w:t>
    </w:r>
  </w:p>
  <w:p w14:paraId="338FD003" w14:textId="4695EE24" w:rsidR="00A259D4" w:rsidRPr="00F8517F" w:rsidRDefault="00A259D4" w:rsidP="00A259D4">
    <w:pPr>
      <w:pStyle w:val="Header"/>
      <w:rPr>
        <w:b/>
        <w:bCs/>
        <w:color w:val="595959"/>
      </w:rPr>
    </w:pPr>
    <w:r>
      <w:rPr>
        <w:color w:val="595959"/>
      </w:rPr>
      <w:t>F_CU_03 · versiunea 1.0</w:t>
    </w:r>
  </w:p>
  <w:p w14:paraId="4ABE3EE8" w14:textId="77777777" w:rsidR="00A259D4" w:rsidRDefault="00A25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464934">
    <w:abstractNumId w:val="8"/>
  </w:num>
  <w:num w:numId="2" w16cid:durableId="120267155">
    <w:abstractNumId w:val="6"/>
  </w:num>
  <w:num w:numId="3" w16cid:durableId="1421946025">
    <w:abstractNumId w:val="5"/>
  </w:num>
  <w:num w:numId="4" w16cid:durableId="75251532">
    <w:abstractNumId w:val="4"/>
  </w:num>
  <w:num w:numId="5" w16cid:durableId="742339271">
    <w:abstractNumId w:val="7"/>
  </w:num>
  <w:num w:numId="6" w16cid:durableId="488985948">
    <w:abstractNumId w:val="3"/>
  </w:num>
  <w:num w:numId="7" w16cid:durableId="904994438">
    <w:abstractNumId w:val="2"/>
  </w:num>
  <w:num w:numId="8" w16cid:durableId="372006337">
    <w:abstractNumId w:val="1"/>
  </w:num>
  <w:num w:numId="9" w16cid:durableId="5821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12"/>
    <w:rsid w:val="00034616"/>
    <w:rsid w:val="0006063C"/>
    <w:rsid w:val="0015074B"/>
    <w:rsid w:val="00200236"/>
    <w:rsid w:val="0029639D"/>
    <w:rsid w:val="00326F90"/>
    <w:rsid w:val="00343BBA"/>
    <w:rsid w:val="003641B3"/>
    <w:rsid w:val="00377113"/>
    <w:rsid w:val="005C5B6C"/>
    <w:rsid w:val="006C103E"/>
    <w:rsid w:val="007B3D71"/>
    <w:rsid w:val="00A259D4"/>
    <w:rsid w:val="00A56C8C"/>
    <w:rsid w:val="00AA1D8D"/>
    <w:rsid w:val="00AD3DCD"/>
    <w:rsid w:val="00B47730"/>
    <w:rsid w:val="00CB0664"/>
    <w:rsid w:val="00C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3</cp:revision>
  <cp:lastPrinted>2026-09-02T07:55:00Z</cp:lastPrinted>
  <dcterms:created xsi:type="dcterms:W3CDTF">2026-09-02T06:25:00Z</dcterms:created>
  <dcterms:modified xsi:type="dcterms:W3CDTF">2026-09-02T07:55:00Z</dcterms:modified>
  <cp:category/>
</cp:coreProperties>
</file>