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8655C5" w14:paraId="519B4AD2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3A88CE79" w14:textId="1ED8A707" w:rsidR="008655C5" w:rsidRDefault="008655C5" w:rsidP="008655C5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788C7222" wp14:editId="3F038434">
                  <wp:extent cx="882650" cy="1022350"/>
                  <wp:effectExtent l="0" t="0" r="6350" b="6350"/>
                  <wp:docPr id="16437574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757454" name="Picture 16437574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02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4F90A9E8" w14:textId="77777777" w:rsidR="008655C5" w:rsidRPr="00D02671" w:rsidRDefault="008655C5" w:rsidP="008655C5">
            <w:pPr>
              <w:keepNext/>
              <w:rPr>
                <w:bCs/>
              </w:rPr>
            </w:pPr>
            <w:r w:rsidRPr="00D02671">
              <w:rPr>
                <w:bCs/>
                <w:color w:val="0D5F78"/>
              </w:rPr>
              <w:t>Județul</w:t>
            </w:r>
          </w:p>
          <w:p w14:paraId="7BD31300" w14:textId="77777777" w:rsidR="008655C5" w:rsidRDefault="008655C5" w:rsidP="008655C5">
            <w:pPr>
              <w:keepNext/>
              <w:rPr>
                <w:b/>
                <w:color w:val="0D5F78"/>
              </w:rPr>
            </w:pPr>
          </w:p>
          <w:p w14:paraId="340C295B" w14:textId="6B8CF284" w:rsidR="008655C5" w:rsidRDefault="008655C5" w:rsidP="008655C5">
            <w:pPr>
              <w:keepNext/>
            </w:pPr>
            <w:r w:rsidRPr="00D02671">
              <w:rPr>
                <w:b/>
                <w:i/>
                <w:iCs/>
                <w:color w:val="0D5F78"/>
              </w:rPr>
              <w:t>Buzău</w:t>
            </w:r>
            <w:r>
              <w:t xml:space="preserve"> </w:t>
            </w:r>
          </w:p>
        </w:tc>
      </w:tr>
      <w:tr w:rsidR="008655C5" w14:paraId="0ACFA7D3" w14:textId="77777777">
        <w:trPr>
          <w:cantSplit/>
          <w:trHeight w:val="510"/>
        </w:trPr>
        <w:tc>
          <w:tcPr>
            <w:tcW w:w="1606" w:type="dxa"/>
            <w:vMerge/>
          </w:tcPr>
          <w:p w14:paraId="4D922E0F" w14:textId="77777777" w:rsidR="008655C5" w:rsidRDefault="008655C5" w:rsidP="008655C5"/>
        </w:tc>
        <w:tc>
          <w:tcPr>
            <w:tcW w:w="8030" w:type="dxa"/>
            <w:gridSpan w:val="3"/>
            <w:shd w:val="clear" w:color="auto" w:fill="F0F0F0"/>
          </w:tcPr>
          <w:p w14:paraId="19409430" w14:textId="77777777" w:rsidR="008655C5" w:rsidRPr="00D02671" w:rsidRDefault="008655C5" w:rsidP="008655C5">
            <w:pPr>
              <w:keepNext/>
              <w:rPr>
                <w:bCs/>
              </w:rPr>
            </w:pPr>
            <w:r w:rsidRPr="00D02671">
              <w:rPr>
                <w:bCs/>
                <w:color w:val="0D5F78"/>
              </w:rPr>
              <w:t>Autoritatea administrației publice</w:t>
            </w:r>
          </w:p>
          <w:p w14:paraId="5D81AE02" w14:textId="77777777" w:rsidR="008655C5" w:rsidRDefault="008655C5" w:rsidP="008655C5">
            <w:pPr>
              <w:keepNext/>
              <w:rPr>
                <w:b/>
                <w:color w:val="0D5F78"/>
              </w:rPr>
            </w:pPr>
          </w:p>
          <w:p w14:paraId="537356A4" w14:textId="52FD61E2" w:rsidR="008655C5" w:rsidRDefault="008655C5" w:rsidP="008655C5">
            <w:pPr>
              <w:keepNext/>
            </w:pPr>
            <w:r w:rsidRPr="00D02671">
              <w:rPr>
                <w:b/>
                <w:i/>
                <w:iCs/>
                <w:color w:val="0D5F78"/>
              </w:rPr>
              <w:t>Primăria Municipiului Buzău</w:t>
            </w:r>
            <w:r>
              <w:t xml:space="preserve"> </w:t>
            </w:r>
          </w:p>
        </w:tc>
      </w:tr>
      <w:tr w:rsidR="008655C5" w14:paraId="06B81FB7" w14:textId="77777777">
        <w:trPr>
          <w:cantSplit/>
          <w:trHeight w:val="510"/>
        </w:trPr>
        <w:tc>
          <w:tcPr>
            <w:tcW w:w="1606" w:type="dxa"/>
            <w:vMerge/>
          </w:tcPr>
          <w:p w14:paraId="5B65FFC0" w14:textId="77777777" w:rsidR="008655C5" w:rsidRDefault="008655C5" w:rsidP="008655C5"/>
        </w:tc>
        <w:tc>
          <w:tcPr>
            <w:tcW w:w="2409" w:type="dxa"/>
            <w:shd w:val="clear" w:color="auto" w:fill="F0F0F0"/>
          </w:tcPr>
          <w:p w14:paraId="5DA10F2A" w14:textId="77777777" w:rsidR="008655C5" w:rsidRPr="00D02671" w:rsidRDefault="008655C5" w:rsidP="008655C5">
            <w:pPr>
              <w:keepNext/>
              <w:rPr>
                <w:bCs/>
                <w:lang w:val="fr-FR"/>
              </w:rPr>
            </w:pPr>
            <w:r w:rsidRPr="00D02671">
              <w:rPr>
                <w:bCs/>
                <w:color w:val="0D5F78"/>
                <w:lang w:val="fr-FR"/>
              </w:rPr>
              <w:t>Cod de identificare fiscală (CIF)</w:t>
            </w:r>
          </w:p>
          <w:p w14:paraId="06CFA5F6" w14:textId="77777777" w:rsidR="008655C5" w:rsidRDefault="008655C5" w:rsidP="008655C5">
            <w:pPr>
              <w:keepNext/>
              <w:rPr>
                <w:i/>
                <w:iCs/>
                <w:lang w:val="fr-FR"/>
              </w:rPr>
            </w:pPr>
          </w:p>
          <w:p w14:paraId="790922F4" w14:textId="671E90D4" w:rsidR="008655C5" w:rsidRPr="00150E80" w:rsidRDefault="008655C5" w:rsidP="008655C5">
            <w:pPr>
              <w:keepNext/>
              <w:rPr>
                <w:lang w:val="fr-FR"/>
              </w:rPr>
            </w:pPr>
            <w:r w:rsidRPr="00D02671">
              <w:rPr>
                <w:b/>
                <w:i/>
                <w:iCs/>
                <w:color w:val="0D5F78"/>
              </w:rPr>
              <w:t>4233874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4625657C" w14:textId="77777777" w:rsidR="00874D00" w:rsidRPr="00D02671" w:rsidRDefault="00874D00" w:rsidP="00874D00">
            <w:pPr>
              <w:keepNext/>
              <w:rPr>
                <w:bCs/>
              </w:rPr>
            </w:pPr>
            <w:r w:rsidRPr="00D02671">
              <w:rPr>
                <w:bCs/>
                <w:color w:val="0D5F78"/>
              </w:rPr>
              <w:t>Adresa oficială</w:t>
            </w:r>
          </w:p>
          <w:p w14:paraId="23B3116D" w14:textId="77777777" w:rsidR="00874D00" w:rsidRDefault="00874D00" w:rsidP="00874D00">
            <w:pPr>
              <w:keepNext/>
              <w:rPr>
                <w:b/>
                <w:i/>
                <w:iCs/>
                <w:color w:val="0D5F78"/>
              </w:rPr>
            </w:pPr>
            <w:r w:rsidRPr="00D02671">
              <w:rPr>
                <w:b/>
                <w:i/>
                <w:iCs/>
                <w:color w:val="0D5F78"/>
              </w:rPr>
              <w:t xml:space="preserve">Piața </w:t>
            </w:r>
            <w:r>
              <w:rPr>
                <w:b/>
                <w:i/>
                <w:iCs/>
                <w:color w:val="0D5F78"/>
              </w:rPr>
              <w:t>Daciei</w:t>
            </w:r>
            <w:r w:rsidRPr="00D02671">
              <w:rPr>
                <w:b/>
                <w:i/>
                <w:iCs/>
                <w:color w:val="0D5F78"/>
              </w:rPr>
              <w:t xml:space="preserve"> nr. 1</w:t>
            </w:r>
          </w:p>
          <w:p w14:paraId="34178E3A" w14:textId="5849ACBD" w:rsidR="008655C5" w:rsidRDefault="00874D00" w:rsidP="00874D00">
            <w:pPr>
              <w:keepNext/>
            </w:pPr>
            <w:r>
              <w:rPr>
                <w:b/>
                <w:i/>
                <w:iCs/>
                <w:color w:val="0D5F78"/>
              </w:rPr>
              <w:t>ghiseu.unic@primariabuzau.ro</w:t>
            </w:r>
          </w:p>
        </w:tc>
      </w:tr>
      <w:tr w:rsidR="008655C5" w14:paraId="024C8C88" w14:textId="77777777">
        <w:trPr>
          <w:cantSplit/>
          <w:trHeight w:val="510"/>
        </w:trPr>
        <w:tc>
          <w:tcPr>
            <w:tcW w:w="1606" w:type="dxa"/>
            <w:vMerge/>
          </w:tcPr>
          <w:p w14:paraId="60A55E62" w14:textId="77777777" w:rsidR="008655C5" w:rsidRDefault="008655C5" w:rsidP="008655C5"/>
        </w:tc>
        <w:tc>
          <w:tcPr>
            <w:tcW w:w="4818" w:type="dxa"/>
            <w:gridSpan w:val="2"/>
            <w:shd w:val="clear" w:color="auto" w:fill="F0F0F0"/>
          </w:tcPr>
          <w:p w14:paraId="1AA6F347" w14:textId="77777777" w:rsidR="008655C5" w:rsidRDefault="008655C5" w:rsidP="008655C5">
            <w:r>
              <w:rPr>
                <w:b/>
                <w:color w:val="0D5F78"/>
              </w:rPr>
              <w:t>Nr. înregistrare</w:t>
            </w:r>
          </w:p>
          <w:p w14:paraId="28C1E4E9" w14:textId="77777777" w:rsidR="008655C5" w:rsidRDefault="008655C5" w:rsidP="008655C5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64A90F42" w14:textId="77777777" w:rsidR="008655C5" w:rsidRDefault="008655C5" w:rsidP="008655C5">
            <w:r>
              <w:rPr>
                <w:b/>
                <w:color w:val="0D5F78"/>
              </w:rPr>
              <w:t>Nr. înregistrare</w:t>
            </w:r>
          </w:p>
          <w:p w14:paraId="4EF75A35" w14:textId="77777777" w:rsidR="008655C5" w:rsidRDefault="008655C5" w:rsidP="008655C5">
            <w:pPr>
              <w:keepNext/>
            </w:pPr>
          </w:p>
        </w:tc>
      </w:tr>
      <w:tr w:rsidR="00C85C0B" w:rsidRPr="003A7070" w14:paraId="25CEB233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4DB7F8C0" w14:textId="77777777" w:rsidR="00C85C0B" w:rsidRPr="00150E80" w:rsidRDefault="00000000">
            <w:pPr>
              <w:rPr>
                <w:lang w:val="fr-FR"/>
              </w:rPr>
            </w:pPr>
            <w:r w:rsidRPr="00150E80"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05970DD8" w14:textId="77777777" w:rsidR="00C85C0B" w:rsidRPr="00150E80" w:rsidRDefault="00C85C0B">
      <w:pPr>
        <w:spacing w:line="168" w:lineRule="auto"/>
        <w:rPr>
          <w:lang w:val="fr-FR"/>
        </w:rPr>
      </w:pPr>
    </w:p>
    <w:p w14:paraId="0EFADD9B" w14:textId="77777777" w:rsidR="00C85C0B" w:rsidRPr="003A7070" w:rsidRDefault="00000000">
      <w:pPr>
        <w:spacing w:before="140" w:after="40"/>
        <w:jc w:val="center"/>
        <w:rPr>
          <w:sz w:val="28"/>
          <w:szCs w:val="28"/>
        </w:rPr>
      </w:pPr>
      <w:r w:rsidRPr="003A7070">
        <w:rPr>
          <w:b/>
          <w:sz w:val="28"/>
          <w:szCs w:val="28"/>
        </w:rPr>
        <w:t>ÎNȘTIINȚARE</w:t>
      </w:r>
    </w:p>
    <w:p w14:paraId="49143762" w14:textId="77777777" w:rsidR="00C85C0B" w:rsidRDefault="00000000">
      <w:pPr>
        <w:spacing w:after="120"/>
        <w:jc w:val="center"/>
      </w:pPr>
      <w:r>
        <w:rPr>
          <w:sz w:val="19"/>
        </w:rPr>
        <w:t>privind finalizarea lucrărilor notificate și solicitarea participării reprezentantului UAT la recepție</w:t>
      </w:r>
    </w:p>
    <w:p w14:paraId="279D8DA9" w14:textId="77777777" w:rsidR="00C85C0B" w:rsidRDefault="00C85C0B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C85C0B" w14:paraId="3C6CD726" w14:textId="77777777">
        <w:trPr>
          <w:cantSplit/>
        </w:trPr>
        <w:tc>
          <w:tcPr>
            <w:tcW w:w="9636" w:type="dxa"/>
            <w:shd w:val="clear" w:color="auto" w:fill="F4F4F4"/>
          </w:tcPr>
          <w:p w14:paraId="625044D0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C85C0B" w:rsidRPr="00150E80" w14:paraId="037E1A48" w14:textId="77777777">
        <w:trPr>
          <w:cantSplit/>
          <w:trHeight w:val="510"/>
        </w:trPr>
        <w:tc>
          <w:tcPr>
            <w:tcW w:w="9636" w:type="dxa"/>
          </w:tcPr>
          <w:p w14:paraId="3686A2C0" w14:textId="77777777" w:rsidR="00C85C0B" w:rsidRPr="00150E80" w:rsidRDefault="00000000">
            <w:pPr>
              <w:keepNext/>
              <w:rPr>
                <w:lang w:val="fr-FR"/>
              </w:rPr>
            </w:pPr>
            <w:r w:rsidRPr="00150E80">
              <w:rPr>
                <w:b/>
                <w:color w:val="0D5F78"/>
                <w:lang w:val="fr-FR"/>
              </w:rPr>
              <w:t>Instituția</w:t>
            </w:r>
          </w:p>
          <w:p w14:paraId="661E6056" w14:textId="77777777" w:rsidR="00C85C0B" w:rsidRPr="00150E80" w:rsidRDefault="00000000">
            <w:pPr>
              <w:keepNext/>
              <w:rPr>
                <w:lang w:val="fr-FR"/>
              </w:rPr>
            </w:pPr>
            <w:r w:rsidRPr="00150E80">
              <w:rPr>
                <w:i/>
                <w:color w:val="7A7A7A"/>
                <w:lang w:val="fr-FR"/>
              </w:rPr>
              <w:t>primăria municipiului / orașului / comunei · primăria de sector · consiliul județean</w:t>
            </w:r>
          </w:p>
          <w:p w14:paraId="3662B31C" w14:textId="77777777" w:rsidR="00C85C0B" w:rsidRPr="00150E80" w:rsidRDefault="00C85C0B">
            <w:pPr>
              <w:keepNext/>
              <w:rPr>
                <w:lang w:val="fr-FR"/>
              </w:rPr>
            </w:pPr>
          </w:p>
        </w:tc>
      </w:tr>
      <w:tr w:rsidR="00C85C0B" w:rsidRPr="00150E80" w14:paraId="2EC5D0A0" w14:textId="77777777">
        <w:trPr>
          <w:cantSplit/>
        </w:trPr>
        <w:tc>
          <w:tcPr>
            <w:tcW w:w="9636" w:type="dxa"/>
            <w:shd w:val="clear" w:color="auto" w:fill="F4F4F4"/>
          </w:tcPr>
          <w:p w14:paraId="17C2FF38" w14:textId="77777777" w:rsidR="00C85C0B" w:rsidRPr="00150E80" w:rsidRDefault="00000000">
            <w:pPr>
              <w:spacing w:line="228" w:lineRule="auto"/>
              <w:rPr>
                <w:lang w:val="fr-FR"/>
              </w:rPr>
            </w:pPr>
            <w:r w:rsidRPr="00150E80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75E15653" w14:textId="77777777" w:rsidR="00C85C0B" w:rsidRPr="00150E80" w:rsidRDefault="00C85C0B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C85C0B" w14:paraId="4CD31CB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0B9A3F0" w14:textId="77777777" w:rsidR="00C85C0B" w:rsidRDefault="00000000">
            <w:pPr>
              <w:keepNext/>
            </w:pPr>
            <w:r w:rsidRPr="00150E80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C85C0B" w14:paraId="40A1A9AA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5A012285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78962F31" w14:textId="77777777" w:rsidR="00C85C0B" w:rsidRDefault="00C85C0B">
            <w:pPr>
              <w:keepNext/>
            </w:pPr>
          </w:p>
        </w:tc>
        <w:tc>
          <w:tcPr>
            <w:tcW w:w="4015" w:type="dxa"/>
            <w:gridSpan w:val="3"/>
          </w:tcPr>
          <w:p w14:paraId="349D53B4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12A0DF42" w14:textId="77777777" w:rsidR="00C85C0B" w:rsidRDefault="00C85C0B">
            <w:pPr>
              <w:keepNext/>
            </w:pPr>
          </w:p>
        </w:tc>
      </w:tr>
      <w:tr w:rsidR="00C85C0B" w14:paraId="56206DC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4F6AB90" w14:textId="77777777" w:rsidR="00C85C0B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C85C0B" w14:paraId="7C029D77" w14:textId="77777777">
        <w:trPr>
          <w:cantSplit/>
          <w:trHeight w:val="510"/>
        </w:trPr>
        <w:tc>
          <w:tcPr>
            <w:tcW w:w="1606" w:type="dxa"/>
          </w:tcPr>
          <w:p w14:paraId="351F7907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1372DB4F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38543067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0D1BCEF" w14:textId="77777777" w:rsidR="00C85C0B" w:rsidRDefault="00C85C0B">
            <w:pPr>
              <w:keepNext/>
            </w:pPr>
          </w:p>
        </w:tc>
        <w:tc>
          <w:tcPr>
            <w:tcW w:w="4818" w:type="dxa"/>
            <w:gridSpan w:val="5"/>
          </w:tcPr>
          <w:p w14:paraId="5949C44F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7DFD0055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6E02C3D3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B1F54BC" w14:textId="77777777" w:rsidR="00C85C0B" w:rsidRDefault="00C85C0B">
            <w:pPr>
              <w:keepNext/>
            </w:pPr>
          </w:p>
        </w:tc>
      </w:tr>
      <w:tr w:rsidR="00C85C0B" w14:paraId="75E57117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B5FD119" w14:textId="77777777" w:rsidR="00C85C0B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C85C0B" w14:paraId="1FB30C8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E30645B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186F192" w14:textId="77777777" w:rsidR="00C85C0B" w:rsidRDefault="00C85C0B">
            <w:pPr>
              <w:keepNext/>
            </w:pPr>
          </w:p>
        </w:tc>
        <w:tc>
          <w:tcPr>
            <w:tcW w:w="3212" w:type="dxa"/>
            <w:gridSpan w:val="4"/>
          </w:tcPr>
          <w:p w14:paraId="50EE20EA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5A7197A9" w14:textId="77777777" w:rsidR="00C85C0B" w:rsidRDefault="00C85C0B">
            <w:pPr>
              <w:keepNext/>
            </w:pPr>
          </w:p>
        </w:tc>
        <w:tc>
          <w:tcPr>
            <w:tcW w:w="3212" w:type="dxa"/>
            <w:gridSpan w:val="2"/>
          </w:tcPr>
          <w:p w14:paraId="52D40263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A6C818F" w14:textId="77777777" w:rsidR="00C85C0B" w:rsidRDefault="00C85C0B">
            <w:pPr>
              <w:keepNext/>
            </w:pPr>
          </w:p>
        </w:tc>
      </w:tr>
      <w:tr w:rsidR="00C85C0B" w14:paraId="648F5CD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2F3D4F5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4F3D8CE6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075341DA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0120A0F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6F18AE53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0E48DEE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7B25ACF6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F6960D6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38B4DB2B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D48C9FB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3C794EFE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4D83194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44F2C34C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303B0DDB" w14:textId="77777777" w:rsidR="00C85C0B" w:rsidRDefault="00C85C0B">
            <w:pPr>
              <w:keepNext/>
            </w:pPr>
          </w:p>
        </w:tc>
      </w:tr>
      <w:tr w:rsidR="00C85C0B" w14:paraId="0BDBE80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AE91BC9" w14:textId="77777777" w:rsidR="00C85C0B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C85C0B" w14:paraId="457FAA8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0E603D1E" w14:textId="77777777" w:rsidR="00C85C0B" w:rsidRDefault="00000000">
            <w:r>
              <w:rPr>
                <w:b/>
                <w:color w:val="0D5F78"/>
              </w:rPr>
              <w:t>Telefon / fax</w:t>
            </w:r>
          </w:p>
          <w:p w14:paraId="1D1557B5" w14:textId="77777777" w:rsidR="00C85C0B" w:rsidRDefault="00C85C0B"/>
        </w:tc>
        <w:tc>
          <w:tcPr>
            <w:tcW w:w="5621" w:type="dxa"/>
            <w:gridSpan w:val="5"/>
          </w:tcPr>
          <w:p w14:paraId="56D269E2" w14:textId="77777777" w:rsidR="00C85C0B" w:rsidRDefault="00000000">
            <w:r>
              <w:rPr>
                <w:b/>
                <w:color w:val="0D5F78"/>
              </w:rPr>
              <w:t>E-mail</w:t>
            </w:r>
          </w:p>
          <w:p w14:paraId="6134E69B" w14:textId="77777777" w:rsidR="00C85C0B" w:rsidRDefault="00C85C0B"/>
        </w:tc>
      </w:tr>
    </w:tbl>
    <w:p w14:paraId="4DBE4EFE" w14:textId="77777777" w:rsidR="00C85C0B" w:rsidRDefault="00C85C0B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4818"/>
      </w:tblGrid>
      <w:tr w:rsidR="00C85C0B" w14:paraId="470E2D0D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8E93E77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NOTIFICAREA</w:t>
            </w:r>
          </w:p>
        </w:tc>
      </w:tr>
      <w:tr w:rsidR="00C85C0B" w14:paraId="1F3A1F64" w14:textId="77777777">
        <w:trPr>
          <w:cantSplit/>
          <w:trHeight w:val="510"/>
        </w:trPr>
        <w:tc>
          <w:tcPr>
            <w:tcW w:w="2409" w:type="dxa"/>
          </w:tcPr>
          <w:p w14:paraId="05E3330D" w14:textId="77777777" w:rsidR="00C85C0B" w:rsidRDefault="00000000">
            <w:r>
              <w:rPr>
                <w:b/>
                <w:color w:val="0D5F78"/>
              </w:rPr>
              <w:t>Nr. / data notificării</w:t>
            </w:r>
          </w:p>
          <w:p w14:paraId="782A3FB4" w14:textId="77777777" w:rsidR="00C85C0B" w:rsidRDefault="00C85C0B"/>
        </w:tc>
        <w:tc>
          <w:tcPr>
            <w:tcW w:w="2409" w:type="dxa"/>
          </w:tcPr>
          <w:p w14:paraId="07DACF42" w14:textId="77777777" w:rsidR="00C85C0B" w:rsidRDefault="00000000">
            <w:r>
              <w:rPr>
                <w:b/>
                <w:color w:val="0D5F78"/>
              </w:rPr>
              <w:t>Proiect nr. / cod</w:t>
            </w:r>
          </w:p>
          <w:p w14:paraId="704DDBFC" w14:textId="77777777" w:rsidR="00C85C0B" w:rsidRDefault="00C85C0B"/>
        </w:tc>
        <w:tc>
          <w:tcPr>
            <w:tcW w:w="4818" w:type="dxa"/>
          </w:tcPr>
          <w:p w14:paraId="75FD378C" w14:textId="77777777" w:rsidR="00C85C0B" w:rsidRDefault="00000000">
            <w:r>
              <w:rPr>
                <w:b/>
                <w:color w:val="0D5F78"/>
              </w:rPr>
              <w:t>Imobilul</w:t>
            </w:r>
          </w:p>
          <w:p w14:paraId="0E48F05F" w14:textId="77777777" w:rsidR="00C85C0B" w:rsidRDefault="00C85C0B"/>
        </w:tc>
      </w:tr>
    </w:tbl>
    <w:p w14:paraId="13D2FF9F" w14:textId="77777777" w:rsidR="00C85C0B" w:rsidRDefault="00C85C0B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1606"/>
        <w:gridCol w:w="4818"/>
      </w:tblGrid>
      <w:tr w:rsidR="00C85C0B" w14:paraId="7A7201EB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0A52465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EXECUȚIA ȘI RECEPȚIA</w:t>
            </w:r>
          </w:p>
        </w:tc>
      </w:tr>
      <w:tr w:rsidR="00C85C0B" w14:paraId="49509B49" w14:textId="77777777">
        <w:trPr>
          <w:cantSplit/>
          <w:trHeight w:val="510"/>
        </w:trPr>
        <w:tc>
          <w:tcPr>
            <w:tcW w:w="4818" w:type="dxa"/>
            <w:gridSpan w:val="2"/>
          </w:tcPr>
          <w:p w14:paraId="02C07C4D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Data începerii lucrărilor</w:t>
            </w:r>
          </w:p>
          <w:p w14:paraId="2D6D470D" w14:textId="77777777" w:rsidR="00C85C0B" w:rsidRDefault="00000000">
            <w:pPr>
              <w:keepNext/>
            </w:pPr>
            <w:r>
              <w:rPr>
                <w:i/>
                <w:color w:val="7A7A7A"/>
              </w:rPr>
              <w:t>se declară aici</w:t>
            </w:r>
          </w:p>
          <w:p w14:paraId="544B9697" w14:textId="77777777" w:rsidR="00C85C0B" w:rsidRDefault="00C85C0B">
            <w:pPr>
              <w:keepNext/>
            </w:pPr>
          </w:p>
        </w:tc>
        <w:tc>
          <w:tcPr>
            <w:tcW w:w="4818" w:type="dxa"/>
          </w:tcPr>
          <w:p w14:paraId="72DCF9AA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Data finalizării</w:t>
            </w:r>
          </w:p>
          <w:p w14:paraId="2262F4A8" w14:textId="77777777" w:rsidR="00C85C0B" w:rsidRDefault="00C85C0B">
            <w:pPr>
              <w:keepNext/>
            </w:pPr>
          </w:p>
        </w:tc>
      </w:tr>
      <w:tr w:rsidR="00C85C0B" w14:paraId="6C0C82B1" w14:textId="77777777">
        <w:trPr>
          <w:cantSplit/>
          <w:trHeight w:val="510"/>
        </w:trPr>
        <w:tc>
          <w:tcPr>
            <w:tcW w:w="3212" w:type="dxa"/>
          </w:tcPr>
          <w:p w14:paraId="34621996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Data propusă pentru recepție</w:t>
            </w:r>
          </w:p>
          <w:p w14:paraId="327C4FB5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660A9FC7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ora</w:t>
            </w:r>
          </w:p>
          <w:p w14:paraId="40A08B01" w14:textId="77777777" w:rsidR="00C85C0B" w:rsidRDefault="00C85C0B">
            <w:pPr>
              <w:keepNext/>
            </w:pPr>
          </w:p>
        </w:tc>
        <w:tc>
          <w:tcPr>
            <w:tcW w:w="4818" w:type="dxa"/>
          </w:tcPr>
          <w:p w14:paraId="6A018CE9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locul</w:t>
            </w:r>
          </w:p>
          <w:p w14:paraId="5887C7E5" w14:textId="77777777" w:rsidR="00C85C0B" w:rsidRDefault="00C85C0B">
            <w:pPr>
              <w:keepNext/>
            </w:pPr>
          </w:p>
        </w:tc>
      </w:tr>
      <w:tr w:rsidR="00C85C0B" w14:paraId="633508C0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6FEACB9" w14:textId="26080181" w:rsidR="00C85C0B" w:rsidRDefault="00150E80">
            <w:pPr>
              <w:spacing w:line="228" w:lineRule="auto"/>
            </w:pPr>
            <w:r>
              <w:t xml:space="preserve">Legea nr.169/2026 </w:t>
            </w:r>
            <w:r w:rsidRPr="00150E80">
              <w:t>privind Codul amenajării teritoriului, urbanismului și construcțiilor</w:t>
            </w:r>
            <w:r>
              <w:t xml:space="preserve"> nu instituie o înștiințare distinctă privind începerea lucrărilor notificate; data începerii se declară în prezentul formular și se consemnează în procesul-verbal de recepție.</w:t>
            </w:r>
          </w:p>
        </w:tc>
      </w:tr>
    </w:tbl>
    <w:p w14:paraId="049D9BE6" w14:textId="77777777" w:rsidR="00C85C0B" w:rsidRDefault="00C85C0B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C85C0B" w14:paraId="1BD195CE" w14:textId="77777777" w:rsidTr="003A7070">
        <w:trPr>
          <w:cantSplit/>
        </w:trPr>
        <w:tc>
          <w:tcPr>
            <w:tcW w:w="9636" w:type="dxa"/>
            <w:gridSpan w:val="3"/>
            <w:tcBorders>
              <w:bottom w:val="single" w:sz="4" w:space="0" w:color="767676"/>
            </w:tcBorders>
            <w:shd w:val="clear" w:color="auto" w:fill="F4F4F4"/>
          </w:tcPr>
          <w:p w14:paraId="2D727A7B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C85C0B" w14:paraId="10F5A63F" w14:textId="77777777" w:rsidTr="003A7070">
        <w:trPr>
          <w:cantSplit/>
          <w:trHeight w:val="510"/>
        </w:trPr>
        <w:tc>
          <w:tcPr>
            <w:tcW w:w="1606" w:type="dxa"/>
            <w:tcBorders>
              <w:bottom w:val="single" w:sz="4" w:space="0" w:color="auto"/>
            </w:tcBorders>
          </w:tcPr>
          <w:p w14:paraId="526CC080" w14:textId="77777777" w:rsidR="00C85C0B" w:rsidRDefault="00000000">
            <w:r>
              <w:rPr>
                <w:b/>
                <w:color w:val="0D5F78"/>
              </w:rPr>
              <w:t>Data</w:t>
            </w:r>
          </w:p>
          <w:p w14:paraId="3121BEF9" w14:textId="77777777" w:rsidR="00C85C0B" w:rsidRDefault="00C85C0B"/>
        </w:tc>
        <w:tc>
          <w:tcPr>
            <w:tcW w:w="4818" w:type="dxa"/>
            <w:tcBorders>
              <w:bottom w:val="single" w:sz="4" w:space="0" w:color="auto"/>
            </w:tcBorders>
          </w:tcPr>
          <w:p w14:paraId="76A83371" w14:textId="77777777" w:rsidR="00C85C0B" w:rsidRDefault="00000000">
            <w:r>
              <w:rPr>
                <w:b/>
                <w:color w:val="0D5F78"/>
              </w:rPr>
              <w:t>Beneficiarul</w:t>
            </w:r>
          </w:p>
          <w:p w14:paraId="2DCA5FDA" w14:textId="77777777" w:rsidR="00C85C0B" w:rsidRDefault="00C85C0B"/>
        </w:tc>
        <w:tc>
          <w:tcPr>
            <w:tcW w:w="3212" w:type="dxa"/>
            <w:tcBorders>
              <w:bottom w:val="single" w:sz="4" w:space="0" w:color="auto"/>
            </w:tcBorders>
          </w:tcPr>
          <w:p w14:paraId="47CBF3F4" w14:textId="77777777" w:rsidR="00C85C0B" w:rsidRDefault="00000000">
            <w:r>
              <w:rPr>
                <w:b/>
                <w:color w:val="0D5F78"/>
              </w:rPr>
              <w:t>Semnătura</w:t>
            </w:r>
          </w:p>
          <w:p w14:paraId="765AB599" w14:textId="77777777" w:rsidR="00C85C0B" w:rsidRDefault="00C85C0B"/>
        </w:tc>
      </w:tr>
    </w:tbl>
    <w:p w14:paraId="3AF77583" w14:textId="77777777" w:rsidR="00C85C0B" w:rsidRDefault="00C85C0B">
      <w:pPr>
        <w:spacing w:line="168" w:lineRule="auto"/>
      </w:pPr>
    </w:p>
    <w:sectPr w:rsidR="00C85C0B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E012D" w14:textId="77777777" w:rsidR="00CA1BD7" w:rsidRDefault="00CA1BD7">
      <w:r>
        <w:separator/>
      </w:r>
    </w:p>
  </w:endnote>
  <w:endnote w:type="continuationSeparator" w:id="0">
    <w:p w14:paraId="2012591E" w14:textId="77777777" w:rsidR="00CA1BD7" w:rsidRDefault="00CA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7BC68" w14:textId="77777777" w:rsidR="00506D49" w:rsidRDefault="00506D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A5726" w14:textId="77777777" w:rsidR="00C85C0B" w:rsidRDefault="00000000">
    <w:pPr>
      <w:pStyle w:val="Footer"/>
      <w:tabs>
        <w:tab w:val="right" w:pos="9639"/>
      </w:tabs>
    </w:pPr>
    <w:r>
      <w:rPr>
        <w:color w:val="595959"/>
      </w:rPr>
      <w:t>F_NOT_07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150E80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150E80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B4A88" w14:textId="77777777" w:rsidR="00506D49" w:rsidRDefault="00506D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ABAF9" w14:textId="77777777" w:rsidR="00CA1BD7" w:rsidRDefault="00CA1BD7">
      <w:r>
        <w:separator/>
      </w:r>
    </w:p>
  </w:footnote>
  <w:footnote w:type="continuationSeparator" w:id="0">
    <w:p w14:paraId="6FEAA37A" w14:textId="77777777" w:rsidR="00CA1BD7" w:rsidRDefault="00CA1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433F1" w14:textId="77777777" w:rsidR="00506D49" w:rsidRDefault="00506D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364D8" w14:textId="324FC383" w:rsidR="008655C5" w:rsidRDefault="008655C5" w:rsidP="008655C5">
    <w:pPr>
      <w:pStyle w:val="Header"/>
      <w:rPr>
        <w:i/>
        <w:iCs/>
        <w:sz w:val="24"/>
        <w:szCs w:val="24"/>
        <w:u w:val="single"/>
        <w:lang w:val="ro-RO"/>
      </w:rPr>
    </w:pPr>
    <w:r w:rsidRPr="002B61AC">
      <w:rPr>
        <w:i/>
        <w:iCs/>
        <w:sz w:val="24"/>
        <w:szCs w:val="24"/>
        <w:u w:val="single"/>
        <w:lang w:val="ro-RO"/>
      </w:rPr>
      <w:t>Anexa nr.</w:t>
    </w:r>
    <w:r w:rsidR="00506D49">
      <w:rPr>
        <w:i/>
        <w:iCs/>
        <w:sz w:val="24"/>
        <w:szCs w:val="24"/>
        <w:u w:val="single"/>
        <w:lang w:val="ro-RO"/>
      </w:rPr>
      <w:t>3</w:t>
    </w:r>
  </w:p>
  <w:p w14:paraId="36509CCB" w14:textId="0D9587AA" w:rsidR="008655C5" w:rsidRPr="002B61AC" w:rsidRDefault="008655C5" w:rsidP="008655C5">
    <w:pPr>
      <w:pStyle w:val="Header"/>
      <w:rPr>
        <w:i/>
        <w:iCs/>
        <w:sz w:val="24"/>
        <w:szCs w:val="24"/>
        <w:u w:val="single"/>
        <w:lang w:val="ro-RO"/>
      </w:rPr>
    </w:pPr>
    <w:r>
      <w:rPr>
        <w:color w:val="595959"/>
      </w:rPr>
      <w:t>F_NOT_07· versiunea 1.0</w:t>
    </w:r>
  </w:p>
  <w:p w14:paraId="79465098" w14:textId="77777777" w:rsidR="008655C5" w:rsidRDefault="008655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67660" w14:textId="77777777" w:rsidR="00506D49" w:rsidRDefault="00506D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6328430">
    <w:abstractNumId w:val="8"/>
  </w:num>
  <w:num w:numId="2" w16cid:durableId="1130898323">
    <w:abstractNumId w:val="6"/>
  </w:num>
  <w:num w:numId="3" w16cid:durableId="896206482">
    <w:abstractNumId w:val="5"/>
  </w:num>
  <w:num w:numId="4" w16cid:durableId="274681599">
    <w:abstractNumId w:val="4"/>
  </w:num>
  <w:num w:numId="5" w16cid:durableId="1333411861">
    <w:abstractNumId w:val="7"/>
  </w:num>
  <w:num w:numId="6" w16cid:durableId="1480608108">
    <w:abstractNumId w:val="3"/>
  </w:num>
  <w:num w:numId="7" w16cid:durableId="2120636634">
    <w:abstractNumId w:val="2"/>
  </w:num>
  <w:num w:numId="8" w16cid:durableId="967707077">
    <w:abstractNumId w:val="1"/>
  </w:num>
  <w:num w:numId="9" w16cid:durableId="1849129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0E80"/>
    <w:rsid w:val="0029639D"/>
    <w:rsid w:val="0030002F"/>
    <w:rsid w:val="00326F90"/>
    <w:rsid w:val="003A7070"/>
    <w:rsid w:val="003F0F62"/>
    <w:rsid w:val="005049A1"/>
    <w:rsid w:val="00506D49"/>
    <w:rsid w:val="005C02E4"/>
    <w:rsid w:val="008655C5"/>
    <w:rsid w:val="00874D00"/>
    <w:rsid w:val="00A316EC"/>
    <w:rsid w:val="00A47E32"/>
    <w:rsid w:val="00AA1D8D"/>
    <w:rsid w:val="00B47730"/>
    <w:rsid w:val="00B94163"/>
    <w:rsid w:val="00C85C0B"/>
    <w:rsid w:val="00CA1BD7"/>
    <w:rsid w:val="00CB0664"/>
    <w:rsid w:val="00E61A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E91569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Raluca Bobescu</cp:lastModifiedBy>
  <cp:revision>5</cp:revision>
  <cp:lastPrinted>2026-09-02T07:48:00Z</cp:lastPrinted>
  <dcterms:created xsi:type="dcterms:W3CDTF">2026-09-02T07:24:00Z</dcterms:created>
  <dcterms:modified xsi:type="dcterms:W3CDTF">2026-09-02T07:48:00Z</dcterms:modified>
  <cp:category/>
</cp:coreProperties>
</file>